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DAE9D" w14:textId="77777777" w:rsidR="004F2DE2" w:rsidRDefault="00000000">
      <w:pPr>
        <w:spacing w:after="160"/>
      </w:pPr>
      <w:r>
        <w:rPr>
          <w:b/>
          <w:color w:val="1F4D78"/>
          <w:sz w:val="36"/>
        </w:rPr>
        <w:t>Reviewers in 2025</w:t>
      </w:r>
    </w:p>
    <w:tbl>
      <w:tblPr>
        <w:tblStyle w:val="Tabela-Siatka"/>
        <w:tblW w:w="1236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800"/>
        <w:gridCol w:w="7500"/>
        <w:gridCol w:w="2068"/>
      </w:tblGrid>
      <w:tr w:rsidR="004F2DE2" w14:paraId="7603C167" w14:textId="77777777">
        <w:trPr>
          <w:tblHeader/>
        </w:trPr>
        <w:tc>
          <w:tcPr>
            <w:tcW w:w="2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90923C" w14:textId="77777777" w:rsidR="004F2DE2" w:rsidRDefault="00000000">
            <w:r>
              <w:rPr>
                <w:b/>
                <w:color w:val="1F4D78"/>
              </w:rPr>
              <w:t>Reviewer</w:t>
            </w:r>
          </w:p>
        </w:tc>
        <w:tc>
          <w:tcPr>
            <w:tcW w:w="7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46A911" w14:textId="77777777" w:rsidR="004F2DE2" w:rsidRDefault="00000000">
            <w:r>
              <w:rPr>
                <w:b/>
                <w:color w:val="1F4D78"/>
              </w:rPr>
              <w:t>Institution</w:t>
            </w:r>
          </w:p>
        </w:tc>
        <w:tc>
          <w:tcPr>
            <w:tcW w:w="2068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D0BD87" w14:textId="77777777" w:rsidR="004F2DE2" w:rsidRDefault="00000000">
            <w:r>
              <w:rPr>
                <w:b/>
                <w:color w:val="1F4D78"/>
              </w:rPr>
              <w:t>Country</w:t>
            </w:r>
          </w:p>
        </w:tc>
      </w:tr>
      <w:tr w:rsidR="004F2DE2" w14:paraId="7DD63670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1F72B3" w14:textId="77777777" w:rsidR="004F2DE2" w:rsidRDefault="00000000">
            <w:pPr>
              <w:spacing w:after="0"/>
            </w:pPr>
            <w:r>
              <w:rPr>
                <w:sz w:val="18"/>
              </w:rPr>
              <w:t>Adeniyi Ajayi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7FEE42" w14:textId="77777777" w:rsidR="004F2DE2" w:rsidRDefault="00000000">
            <w:pPr>
              <w:spacing w:after="0"/>
            </w:pPr>
            <w:r>
              <w:rPr>
                <w:sz w:val="18"/>
              </w:rPr>
              <w:t>Elizade University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E41A6A" w14:textId="77777777" w:rsidR="004F2DE2" w:rsidRDefault="00000000">
            <w:pPr>
              <w:spacing w:after="0"/>
            </w:pPr>
            <w:r>
              <w:rPr>
                <w:sz w:val="18"/>
              </w:rPr>
              <w:t>Nigeria</w:t>
            </w:r>
          </w:p>
        </w:tc>
      </w:tr>
      <w:tr w:rsidR="004F2DE2" w14:paraId="00DDA3FF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F3500A" w14:textId="77777777" w:rsidR="004F2DE2" w:rsidRDefault="00000000">
            <w:pPr>
              <w:spacing w:after="0"/>
            </w:pPr>
            <w:r>
              <w:rPr>
                <w:sz w:val="18"/>
              </w:rPr>
              <w:t>Ayten Özsavaş Akçay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525219" w14:textId="77777777" w:rsidR="004F2DE2" w:rsidRDefault="00000000">
            <w:pPr>
              <w:spacing w:after="0"/>
            </w:pPr>
            <w:r>
              <w:rPr>
                <w:sz w:val="18"/>
              </w:rPr>
              <w:t>Near East University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2440FA" w14:textId="77777777" w:rsidR="004F2DE2" w:rsidRDefault="00000000">
            <w:pPr>
              <w:spacing w:after="0"/>
            </w:pPr>
            <w:r>
              <w:rPr>
                <w:sz w:val="18"/>
              </w:rPr>
              <w:t>Northern Cyprus</w:t>
            </w:r>
          </w:p>
        </w:tc>
      </w:tr>
      <w:tr w:rsidR="004F2DE2" w14:paraId="6BDC4128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E913B3" w14:textId="77777777" w:rsidR="004F2DE2" w:rsidRDefault="00000000">
            <w:pPr>
              <w:spacing w:after="0"/>
            </w:pPr>
            <w:r>
              <w:rPr>
                <w:sz w:val="18"/>
              </w:rPr>
              <w:t>Berna Aksoy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A59E5B" w14:textId="77777777" w:rsidR="004F2DE2" w:rsidRDefault="00000000">
            <w:pPr>
              <w:spacing w:after="0"/>
            </w:pPr>
            <w:r>
              <w:rPr>
                <w:sz w:val="18"/>
              </w:rPr>
              <w:t>Yıldız Technical University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B8F6AD" w14:textId="5BC00006" w:rsidR="004F2DE2" w:rsidRDefault="00E46851">
            <w:pPr>
              <w:spacing w:after="0"/>
            </w:pPr>
            <w:r w:rsidRPr="00E46851">
              <w:rPr>
                <w:sz w:val="18"/>
              </w:rPr>
              <w:t>Turkey</w:t>
            </w:r>
          </w:p>
        </w:tc>
      </w:tr>
      <w:tr w:rsidR="004F2DE2" w14:paraId="78265C91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BC948A" w14:textId="77777777" w:rsidR="004F2DE2" w:rsidRDefault="00000000">
            <w:pPr>
              <w:spacing w:after="0"/>
            </w:pPr>
            <w:r>
              <w:rPr>
                <w:sz w:val="18"/>
              </w:rPr>
              <w:t>Ewa Angoneze-Grela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9B5976" w14:textId="77777777" w:rsidR="004F2DE2" w:rsidRDefault="00000000">
            <w:pPr>
              <w:spacing w:after="0"/>
            </w:pPr>
            <w:r>
              <w:rPr>
                <w:sz w:val="18"/>
              </w:rPr>
              <w:t>Poznan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C3C9ED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3A5B6C08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BA0DD9" w14:textId="77777777" w:rsidR="004F2DE2" w:rsidRDefault="00000000">
            <w:pPr>
              <w:spacing w:after="0"/>
            </w:pPr>
            <w:r>
              <w:rPr>
                <w:sz w:val="18"/>
              </w:rPr>
              <w:t>Solmaz Arzhangi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B242AE" w14:textId="77777777" w:rsidR="004F2DE2" w:rsidRDefault="00000000">
            <w:pPr>
              <w:spacing w:after="0"/>
            </w:pPr>
            <w:r>
              <w:rPr>
                <w:sz w:val="18"/>
              </w:rPr>
              <w:t>Shahid Beheshti University of Tehran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B4E8FF" w14:textId="77777777" w:rsidR="004F2DE2" w:rsidRDefault="00000000">
            <w:pPr>
              <w:spacing w:after="0"/>
            </w:pPr>
            <w:r>
              <w:rPr>
                <w:sz w:val="18"/>
              </w:rPr>
              <w:t>Iran</w:t>
            </w:r>
          </w:p>
        </w:tc>
      </w:tr>
      <w:tr w:rsidR="004F2DE2" w14:paraId="03BC339C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4C503D" w14:textId="77777777" w:rsidR="004F2DE2" w:rsidRDefault="00000000">
            <w:pPr>
              <w:spacing w:after="0"/>
            </w:pPr>
            <w:r>
              <w:rPr>
                <w:sz w:val="18"/>
              </w:rPr>
              <w:t>Panagiotis G. Asteris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AF0C20" w14:textId="77777777" w:rsidR="004F2DE2" w:rsidRDefault="00000000">
            <w:pPr>
              <w:spacing w:after="0"/>
            </w:pPr>
            <w:r>
              <w:rPr>
                <w:sz w:val="18"/>
              </w:rPr>
              <w:t>School of Pedagogical and Technological Education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710AE7" w14:textId="77777777" w:rsidR="004F2DE2" w:rsidRDefault="00000000">
            <w:pPr>
              <w:spacing w:after="0"/>
            </w:pPr>
            <w:r>
              <w:rPr>
                <w:sz w:val="18"/>
              </w:rPr>
              <w:t>Greece</w:t>
            </w:r>
          </w:p>
        </w:tc>
      </w:tr>
      <w:tr w:rsidR="004F2DE2" w14:paraId="1344A263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14AC87" w14:textId="77777777" w:rsidR="004F2DE2" w:rsidRDefault="00000000">
            <w:pPr>
              <w:spacing w:after="0"/>
            </w:pPr>
            <w:r>
              <w:rPr>
                <w:sz w:val="18"/>
              </w:rPr>
              <w:t>Viktória Bajzecerová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2BB479" w14:textId="77777777" w:rsidR="004F2DE2" w:rsidRDefault="00000000">
            <w:pPr>
              <w:spacing w:after="0"/>
            </w:pPr>
            <w:r>
              <w:rPr>
                <w:sz w:val="18"/>
              </w:rPr>
              <w:t>Technical University of Košice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B76259" w14:textId="77777777" w:rsidR="004F2DE2" w:rsidRDefault="00000000">
            <w:pPr>
              <w:spacing w:after="0"/>
            </w:pPr>
            <w:r>
              <w:rPr>
                <w:sz w:val="18"/>
              </w:rPr>
              <w:t>Slovakia</w:t>
            </w:r>
          </w:p>
        </w:tc>
      </w:tr>
      <w:tr w:rsidR="004F2DE2" w14:paraId="44B657AF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167054" w14:textId="77777777" w:rsidR="004F2DE2" w:rsidRDefault="00000000">
            <w:pPr>
              <w:spacing w:after="0"/>
            </w:pPr>
            <w:r>
              <w:rPr>
                <w:sz w:val="18"/>
              </w:rPr>
              <w:t>Agnieszka Baran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E0217B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Agriculture in Krakow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7132CA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2B7E6373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4EA86C" w14:textId="77777777" w:rsidR="004F2DE2" w:rsidRDefault="00000000">
            <w:pPr>
              <w:spacing w:after="0"/>
            </w:pPr>
            <w:r>
              <w:rPr>
                <w:sz w:val="18"/>
              </w:rPr>
              <w:t>Tamás Baranyai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9FF487" w14:textId="77777777" w:rsidR="004F2DE2" w:rsidRDefault="00000000">
            <w:pPr>
              <w:spacing w:after="0"/>
            </w:pPr>
            <w:r>
              <w:rPr>
                <w:sz w:val="18"/>
              </w:rPr>
              <w:t>Budapest University of Technology and Economics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74A8DA" w14:textId="77777777" w:rsidR="004F2DE2" w:rsidRDefault="00000000">
            <w:pPr>
              <w:spacing w:after="0"/>
            </w:pPr>
            <w:r>
              <w:rPr>
                <w:sz w:val="18"/>
              </w:rPr>
              <w:t>Hungary</w:t>
            </w:r>
          </w:p>
        </w:tc>
      </w:tr>
      <w:tr w:rsidR="004F2DE2" w14:paraId="2C512841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BA0BB8" w14:textId="77777777" w:rsidR="004F2DE2" w:rsidRDefault="00000000">
            <w:pPr>
              <w:spacing w:after="0"/>
            </w:pPr>
            <w:r>
              <w:rPr>
                <w:sz w:val="18"/>
              </w:rPr>
              <w:t>Alice Barreca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605C9F" w14:textId="77777777" w:rsidR="004F2DE2" w:rsidRDefault="00000000">
            <w:pPr>
              <w:spacing w:after="0"/>
            </w:pPr>
            <w:r>
              <w:rPr>
                <w:sz w:val="18"/>
              </w:rPr>
              <w:t>Politecnico di Torino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CE243E" w14:textId="77777777" w:rsidR="004F2DE2" w:rsidRDefault="00000000">
            <w:pPr>
              <w:spacing w:after="0"/>
            </w:pPr>
            <w:r>
              <w:rPr>
                <w:sz w:val="18"/>
              </w:rPr>
              <w:t>Italy</w:t>
            </w:r>
          </w:p>
        </w:tc>
      </w:tr>
      <w:tr w:rsidR="004F2DE2" w14:paraId="5D5BDD4A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821543" w14:textId="77777777" w:rsidR="004F2DE2" w:rsidRDefault="00000000">
            <w:pPr>
              <w:spacing w:after="0"/>
            </w:pPr>
            <w:r>
              <w:rPr>
                <w:sz w:val="18"/>
              </w:rPr>
              <w:t>Nina Bartosova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768866" w14:textId="77777777" w:rsidR="004F2DE2" w:rsidRDefault="00000000">
            <w:pPr>
              <w:spacing w:after="0"/>
            </w:pPr>
            <w:r>
              <w:rPr>
                <w:sz w:val="18"/>
              </w:rPr>
              <w:t>Brno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5BA1D3" w14:textId="77777777" w:rsidR="004F2DE2" w:rsidRDefault="00000000">
            <w:pPr>
              <w:spacing w:after="0"/>
            </w:pPr>
            <w:r>
              <w:rPr>
                <w:sz w:val="18"/>
              </w:rPr>
              <w:t>Czech Republic</w:t>
            </w:r>
          </w:p>
        </w:tc>
      </w:tr>
      <w:tr w:rsidR="004F2DE2" w14:paraId="39FDB061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453E38" w14:textId="77777777" w:rsidR="004F2DE2" w:rsidRDefault="00000000">
            <w:pPr>
              <w:spacing w:after="0"/>
            </w:pPr>
            <w:r>
              <w:rPr>
                <w:sz w:val="18"/>
              </w:rPr>
              <w:t>Magdalena Bis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70B820" w14:textId="77777777" w:rsidR="004F2DE2" w:rsidRDefault="00000000">
            <w:pPr>
              <w:spacing w:after="0"/>
            </w:pPr>
            <w:r>
              <w:rPr>
                <w:sz w:val="18"/>
              </w:rPr>
              <w:t>Institute of Archaeology and Ethnology, Polish Academy of Sciences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544592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199A87F8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6457DF" w14:textId="77777777" w:rsidR="004F2DE2" w:rsidRDefault="00000000">
            <w:pPr>
              <w:spacing w:after="0"/>
            </w:pPr>
            <w:r>
              <w:rPr>
                <w:sz w:val="18"/>
              </w:rPr>
              <w:t>Jakub Bródka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8BEFAA" w14:textId="77777777" w:rsidR="004F2DE2" w:rsidRDefault="00000000">
            <w:pPr>
              <w:spacing w:after="0"/>
            </w:pPr>
            <w:r>
              <w:rPr>
                <w:sz w:val="18"/>
              </w:rPr>
              <w:t>Silesian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760495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3DB96520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5F05A4" w14:textId="77777777" w:rsidR="004F2DE2" w:rsidRDefault="00000000">
            <w:pPr>
              <w:spacing w:after="0"/>
            </w:pPr>
            <w:r>
              <w:rPr>
                <w:sz w:val="18"/>
              </w:rPr>
              <w:t>Mauro Lo Brutto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684888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Palermo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B36F15" w14:textId="77777777" w:rsidR="004F2DE2" w:rsidRDefault="00000000">
            <w:pPr>
              <w:spacing w:after="0"/>
            </w:pPr>
            <w:r>
              <w:rPr>
                <w:sz w:val="18"/>
              </w:rPr>
              <w:t>Italy</w:t>
            </w:r>
          </w:p>
        </w:tc>
      </w:tr>
      <w:tr w:rsidR="004F2DE2" w14:paraId="5240658C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695711" w14:textId="77777777" w:rsidR="004F2DE2" w:rsidRDefault="00000000">
            <w:pPr>
              <w:spacing w:after="0"/>
            </w:pPr>
            <w:r>
              <w:rPr>
                <w:sz w:val="18"/>
              </w:rPr>
              <w:t>Virat Singh Chauhan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3DE3DE" w14:textId="77777777" w:rsidR="004F2DE2" w:rsidRDefault="00000000">
            <w:pPr>
              <w:spacing w:after="0"/>
            </w:pPr>
            <w:r>
              <w:rPr>
                <w:sz w:val="18"/>
              </w:rPr>
              <w:t>Aligarh Muslim University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5B9A6F" w14:textId="77777777" w:rsidR="004F2DE2" w:rsidRDefault="00000000">
            <w:pPr>
              <w:spacing w:after="0"/>
            </w:pPr>
            <w:r>
              <w:rPr>
                <w:sz w:val="18"/>
              </w:rPr>
              <w:t>India</w:t>
            </w:r>
          </w:p>
        </w:tc>
      </w:tr>
      <w:tr w:rsidR="004F2DE2" w14:paraId="034065A2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8481CE" w14:textId="77777777" w:rsidR="004F2DE2" w:rsidRDefault="00000000">
            <w:pPr>
              <w:spacing w:after="0"/>
            </w:pPr>
            <w:r>
              <w:rPr>
                <w:sz w:val="18"/>
              </w:rPr>
              <w:t>Michał Chodorowski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747C6C" w14:textId="77777777" w:rsidR="004F2DE2" w:rsidRDefault="00000000">
            <w:pPr>
              <w:spacing w:after="0"/>
            </w:pPr>
            <w:r>
              <w:rPr>
                <w:sz w:val="18"/>
              </w:rPr>
              <w:t>Bialystok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D62B1B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007591C2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879B84" w14:textId="77777777" w:rsidR="004F2DE2" w:rsidRDefault="00000000">
            <w:pPr>
              <w:spacing w:after="0"/>
            </w:pPr>
            <w:r>
              <w:rPr>
                <w:sz w:val="18"/>
              </w:rPr>
              <w:t>Adi Ćorović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66027A" w14:textId="77777777" w:rsidR="004F2DE2" w:rsidRDefault="00000000">
            <w:pPr>
              <w:spacing w:after="0"/>
            </w:pPr>
            <w:r>
              <w:rPr>
                <w:sz w:val="18"/>
              </w:rPr>
              <w:t>International University of Sarajevo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79E5E7" w14:textId="77777777" w:rsidR="004F2DE2" w:rsidRDefault="00000000">
            <w:pPr>
              <w:spacing w:after="0"/>
            </w:pPr>
            <w:r>
              <w:rPr>
                <w:sz w:val="18"/>
              </w:rPr>
              <w:t>Bosnia and Herzegovina</w:t>
            </w:r>
          </w:p>
        </w:tc>
      </w:tr>
      <w:tr w:rsidR="004F2DE2" w14:paraId="0F5EA904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6573DA" w14:textId="77777777" w:rsidR="004F2DE2" w:rsidRDefault="00000000">
            <w:pPr>
              <w:spacing w:after="0"/>
            </w:pPr>
            <w:r>
              <w:rPr>
                <w:sz w:val="18"/>
              </w:rPr>
              <w:t>Adam Cudowski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1A4AC4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Białystok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B2F49A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38E24F76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86B5AD" w14:textId="77777777" w:rsidR="004F2DE2" w:rsidRDefault="00000000">
            <w:pPr>
              <w:spacing w:after="0"/>
            </w:pPr>
            <w:r>
              <w:rPr>
                <w:sz w:val="18"/>
              </w:rPr>
              <w:t>Adam Czech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F482AA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Silesia in Katowice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45A547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3B95D574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0F4452" w14:textId="77777777" w:rsidR="004F2DE2" w:rsidRDefault="00000000">
            <w:pPr>
              <w:spacing w:after="0"/>
            </w:pPr>
            <w:r>
              <w:rPr>
                <w:sz w:val="18"/>
              </w:rPr>
              <w:t>Marek Czyński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BCF18E" w14:textId="77777777" w:rsidR="004F2DE2" w:rsidRDefault="00000000">
            <w:pPr>
              <w:spacing w:after="0"/>
            </w:pPr>
            <w:r>
              <w:rPr>
                <w:sz w:val="18"/>
              </w:rPr>
              <w:t>West Pomeranian University of Technology in Szczecin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8BA06A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</w:tbl>
    <w:p w14:paraId="7E2A9FE6" w14:textId="77777777" w:rsidR="004F2DE2" w:rsidRDefault="00000000">
      <w:r>
        <w:br w:type="page"/>
      </w:r>
    </w:p>
    <w:p w14:paraId="444535D0" w14:textId="77777777" w:rsidR="004F2DE2" w:rsidRDefault="00000000">
      <w:pPr>
        <w:spacing w:after="120"/>
      </w:pPr>
      <w:r>
        <w:rPr>
          <w:b/>
          <w:color w:val="5A5A5A"/>
          <w:sz w:val="22"/>
        </w:rPr>
        <w:lastRenderedPageBreak/>
        <w:t>Reviewers in 2025 (continued)</w:t>
      </w:r>
    </w:p>
    <w:tbl>
      <w:tblPr>
        <w:tblStyle w:val="Tabela-Siatka"/>
        <w:tblW w:w="1236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800"/>
        <w:gridCol w:w="7500"/>
        <w:gridCol w:w="2068"/>
      </w:tblGrid>
      <w:tr w:rsidR="004F2DE2" w14:paraId="6E921EED" w14:textId="77777777">
        <w:trPr>
          <w:tblHeader/>
        </w:trPr>
        <w:tc>
          <w:tcPr>
            <w:tcW w:w="2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E3EC3" w14:textId="77777777" w:rsidR="004F2DE2" w:rsidRDefault="00000000">
            <w:r>
              <w:rPr>
                <w:b/>
                <w:color w:val="1F4D78"/>
              </w:rPr>
              <w:t>Reviewer</w:t>
            </w:r>
          </w:p>
        </w:tc>
        <w:tc>
          <w:tcPr>
            <w:tcW w:w="7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2A7C48" w14:textId="77777777" w:rsidR="004F2DE2" w:rsidRDefault="00000000">
            <w:r>
              <w:rPr>
                <w:b/>
                <w:color w:val="1F4D78"/>
              </w:rPr>
              <w:t>Institution</w:t>
            </w:r>
          </w:p>
        </w:tc>
        <w:tc>
          <w:tcPr>
            <w:tcW w:w="2068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EEADE5" w14:textId="77777777" w:rsidR="004F2DE2" w:rsidRDefault="00000000">
            <w:r>
              <w:rPr>
                <w:b/>
                <w:color w:val="1F4D78"/>
              </w:rPr>
              <w:t>Country</w:t>
            </w:r>
          </w:p>
        </w:tc>
      </w:tr>
      <w:tr w:rsidR="004F2DE2" w14:paraId="24002076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B96A26" w14:textId="77777777" w:rsidR="004F2DE2" w:rsidRDefault="00000000">
            <w:pPr>
              <w:spacing w:after="0"/>
            </w:pPr>
            <w:r>
              <w:rPr>
                <w:sz w:val="18"/>
              </w:rPr>
              <w:t>Samaneh Dabbaghchi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2A1DFA" w14:textId="77777777" w:rsidR="004F2DE2" w:rsidRDefault="00000000">
            <w:pPr>
              <w:spacing w:after="0"/>
            </w:pPr>
            <w:r>
              <w:rPr>
                <w:sz w:val="18"/>
              </w:rPr>
              <w:t>Islamic Azad University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CE87E" w14:textId="77777777" w:rsidR="004F2DE2" w:rsidRDefault="00000000">
            <w:pPr>
              <w:spacing w:after="0"/>
            </w:pPr>
            <w:r>
              <w:rPr>
                <w:sz w:val="18"/>
              </w:rPr>
              <w:t>Iran</w:t>
            </w:r>
          </w:p>
        </w:tc>
      </w:tr>
      <w:tr w:rsidR="004F2DE2" w14:paraId="77CF51EF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EA1DEB" w14:textId="77777777" w:rsidR="004F2DE2" w:rsidRDefault="00000000">
            <w:pPr>
              <w:spacing w:after="0"/>
            </w:pPr>
            <w:r>
              <w:rPr>
                <w:sz w:val="18"/>
              </w:rPr>
              <w:t>Kateryna Didenko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8A8C0D" w14:textId="77777777" w:rsidR="004F2DE2" w:rsidRDefault="00000000">
            <w:pPr>
              <w:spacing w:after="0"/>
            </w:pPr>
            <w:r>
              <w:rPr>
                <w:sz w:val="18"/>
              </w:rPr>
              <w:t>Vilnius Gediminas Technical University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2B93BB" w14:textId="77777777" w:rsidR="004F2DE2" w:rsidRDefault="00000000">
            <w:pPr>
              <w:spacing w:after="0"/>
            </w:pPr>
            <w:r>
              <w:rPr>
                <w:sz w:val="18"/>
              </w:rPr>
              <w:t>Lithuania</w:t>
            </w:r>
          </w:p>
        </w:tc>
      </w:tr>
      <w:tr w:rsidR="004F2DE2" w14:paraId="6BAA8437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873854" w14:textId="77777777" w:rsidR="004F2DE2" w:rsidRDefault="00000000">
            <w:pPr>
              <w:spacing w:after="0"/>
            </w:pPr>
            <w:r>
              <w:rPr>
                <w:sz w:val="18"/>
              </w:rPr>
              <w:t>Małgorzata Doroz-Turek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88EE1E" w14:textId="77777777" w:rsidR="004F2DE2" w:rsidRDefault="00000000">
            <w:pPr>
              <w:spacing w:after="0"/>
            </w:pPr>
            <w:r>
              <w:rPr>
                <w:sz w:val="18"/>
              </w:rPr>
              <w:t>Kielce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23DB8D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6919D720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9F2393" w14:textId="77777777" w:rsidR="004F2DE2" w:rsidRDefault="00000000">
            <w:pPr>
              <w:spacing w:after="0"/>
            </w:pPr>
            <w:r>
              <w:rPr>
                <w:sz w:val="18"/>
              </w:rPr>
              <w:t>Michał Drewniok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247FF6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Leeds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4DFE19" w14:textId="77777777" w:rsidR="004F2DE2" w:rsidRDefault="00000000">
            <w:pPr>
              <w:spacing w:after="0"/>
            </w:pPr>
            <w:r>
              <w:rPr>
                <w:sz w:val="18"/>
              </w:rPr>
              <w:t>United Kingdom</w:t>
            </w:r>
          </w:p>
        </w:tc>
      </w:tr>
      <w:tr w:rsidR="004F2DE2" w14:paraId="194CC2FF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5EE2DC" w14:textId="77777777" w:rsidR="004F2DE2" w:rsidRDefault="00000000">
            <w:pPr>
              <w:spacing w:after="0"/>
            </w:pPr>
            <w:r>
              <w:rPr>
                <w:sz w:val="18"/>
              </w:rPr>
              <w:t>Çilen Erçin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31CB8B" w14:textId="77777777" w:rsidR="004F2DE2" w:rsidRDefault="00000000">
            <w:pPr>
              <w:spacing w:after="0"/>
            </w:pPr>
            <w:r>
              <w:rPr>
                <w:sz w:val="18"/>
              </w:rPr>
              <w:t>European University of Lefke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5A6120" w14:textId="77777777" w:rsidR="004F2DE2" w:rsidRDefault="00000000">
            <w:pPr>
              <w:spacing w:after="0"/>
            </w:pPr>
            <w:r>
              <w:rPr>
                <w:sz w:val="18"/>
              </w:rPr>
              <w:t>Northern Cyprus</w:t>
            </w:r>
          </w:p>
        </w:tc>
      </w:tr>
      <w:tr w:rsidR="004F2DE2" w14:paraId="09B5BBE0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E17738" w14:textId="77777777" w:rsidR="004F2DE2" w:rsidRDefault="00000000">
            <w:pPr>
              <w:spacing w:after="0"/>
            </w:pPr>
            <w:r>
              <w:rPr>
                <w:sz w:val="18"/>
              </w:rPr>
              <w:t>Muhammad Fawad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A77D3A" w14:textId="77777777" w:rsidR="004F2DE2" w:rsidRDefault="00000000">
            <w:pPr>
              <w:spacing w:after="0"/>
            </w:pPr>
            <w:r>
              <w:rPr>
                <w:sz w:val="18"/>
              </w:rPr>
              <w:t>Silesian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7C0AC3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626F962D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F53C78" w14:textId="77777777" w:rsidR="004F2DE2" w:rsidRDefault="00000000">
            <w:pPr>
              <w:spacing w:after="0"/>
            </w:pPr>
            <w:r>
              <w:rPr>
                <w:sz w:val="18"/>
              </w:rPr>
              <w:t>Joanna Figurska-Dudek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1D94FF" w14:textId="77777777" w:rsidR="004F2DE2" w:rsidRDefault="00000000">
            <w:pPr>
              <w:spacing w:after="0"/>
            </w:pPr>
            <w:r>
              <w:rPr>
                <w:sz w:val="18"/>
              </w:rPr>
              <w:t>Rzeszow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E9C677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5F1B4264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E1191B" w14:textId="77777777" w:rsidR="004F2DE2" w:rsidRDefault="00000000">
            <w:pPr>
              <w:spacing w:after="0"/>
            </w:pPr>
            <w:r>
              <w:rPr>
                <w:sz w:val="18"/>
              </w:rPr>
              <w:t>Julian Franta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8D1C10" w14:textId="77777777" w:rsidR="004F2DE2" w:rsidRDefault="00000000">
            <w:pPr>
              <w:spacing w:after="0"/>
            </w:pPr>
            <w:r>
              <w:rPr>
                <w:sz w:val="18"/>
              </w:rPr>
              <w:t>Cracow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7A8A60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59AA419E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CED50A" w14:textId="77777777" w:rsidR="004F2DE2" w:rsidRDefault="00000000">
            <w:pPr>
              <w:spacing w:after="0"/>
            </w:pPr>
            <w:r>
              <w:rPr>
                <w:sz w:val="18"/>
              </w:rPr>
              <w:t>Halina Garbalińska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CFAAE4" w14:textId="77777777" w:rsidR="004F2DE2" w:rsidRDefault="00000000">
            <w:pPr>
              <w:spacing w:after="0"/>
            </w:pPr>
            <w:r>
              <w:rPr>
                <w:sz w:val="18"/>
              </w:rPr>
              <w:t>West Pomeranian University of Technology in Szczecin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DBA087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73A24DE1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A43DC9" w14:textId="77777777" w:rsidR="004F2DE2" w:rsidRDefault="00000000">
            <w:pPr>
              <w:spacing w:after="0"/>
            </w:pPr>
            <w:r>
              <w:rPr>
                <w:sz w:val="18"/>
              </w:rPr>
              <w:t>Anke Geißler-Grünberg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E33DBA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Potsdam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C4168F" w14:textId="77777777" w:rsidR="004F2DE2" w:rsidRDefault="00000000">
            <w:pPr>
              <w:spacing w:after="0"/>
            </w:pPr>
            <w:r>
              <w:rPr>
                <w:sz w:val="18"/>
              </w:rPr>
              <w:t>Germany</w:t>
            </w:r>
          </w:p>
        </w:tc>
      </w:tr>
      <w:tr w:rsidR="004F2DE2" w14:paraId="1D9124B6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929A2A" w14:textId="77777777" w:rsidR="004F2DE2" w:rsidRDefault="00000000">
            <w:pPr>
              <w:spacing w:after="0"/>
            </w:pPr>
            <w:r>
              <w:rPr>
                <w:sz w:val="18"/>
              </w:rPr>
              <w:t>Mohammad Gheibi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31069C" w14:textId="77777777" w:rsidR="004F2DE2" w:rsidRDefault="00000000">
            <w:pPr>
              <w:spacing w:after="0"/>
            </w:pPr>
            <w:r>
              <w:rPr>
                <w:sz w:val="18"/>
              </w:rPr>
              <w:t>Technical University of Liberec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D78835" w14:textId="77777777" w:rsidR="004F2DE2" w:rsidRDefault="00000000">
            <w:pPr>
              <w:spacing w:after="0"/>
            </w:pPr>
            <w:r>
              <w:rPr>
                <w:sz w:val="18"/>
              </w:rPr>
              <w:t>Czech Republic</w:t>
            </w:r>
          </w:p>
        </w:tc>
      </w:tr>
      <w:tr w:rsidR="004F2DE2" w14:paraId="65CC2671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3A0A38" w14:textId="77777777" w:rsidR="004F2DE2" w:rsidRDefault="00000000">
            <w:pPr>
              <w:spacing w:after="0"/>
            </w:pPr>
            <w:r>
              <w:rPr>
                <w:sz w:val="18"/>
              </w:rPr>
              <w:t>Viswanadha Kumar Giduthuri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A6F7B6" w14:textId="77777777" w:rsidR="004F2DE2" w:rsidRDefault="00000000">
            <w:pPr>
              <w:spacing w:after="0"/>
            </w:pPr>
            <w:r>
              <w:rPr>
                <w:sz w:val="18"/>
              </w:rPr>
              <w:t>Andhra University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79D424" w14:textId="77777777" w:rsidR="004F2DE2" w:rsidRDefault="00000000">
            <w:pPr>
              <w:spacing w:after="0"/>
            </w:pPr>
            <w:r>
              <w:rPr>
                <w:sz w:val="18"/>
              </w:rPr>
              <w:t>India</w:t>
            </w:r>
          </w:p>
        </w:tc>
      </w:tr>
      <w:tr w:rsidR="004F2DE2" w14:paraId="6F23CD55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EBB42F" w14:textId="77777777" w:rsidR="004F2DE2" w:rsidRDefault="00000000">
            <w:pPr>
              <w:spacing w:after="0"/>
            </w:pPr>
            <w:r>
              <w:rPr>
                <w:sz w:val="18"/>
              </w:rPr>
              <w:t>Joanna Gil-Mastalerczyk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6C67EF" w14:textId="77777777" w:rsidR="004F2DE2" w:rsidRDefault="00000000">
            <w:pPr>
              <w:spacing w:after="0"/>
            </w:pPr>
            <w:r>
              <w:rPr>
                <w:sz w:val="18"/>
              </w:rPr>
              <w:t>Kielce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DC1524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3751DAD3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892C1E" w14:textId="77777777" w:rsidR="004F2DE2" w:rsidRDefault="00000000">
            <w:pPr>
              <w:spacing w:after="0"/>
            </w:pPr>
            <w:r>
              <w:rPr>
                <w:sz w:val="18"/>
              </w:rPr>
              <w:t>Shabnam Golkarian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6E46A6" w14:textId="77777777" w:rsidR="004F2DE2" w:rsidRDefault="00000000">
            <w:pPr>
              <w:spacing w:after="0"/>
            </w:pPr>
            <w:r>
              <w:rPr>
                <w:sz w:val="18"/>
              </w:rPr>
              <w:t>Near East University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9940A5" w14:textId="77777777" w:rsidR="004F2DE2" w:rsidRDefault="00000000">
            <w:pPr>
              <w:spacing w:after="0"/>
            </w:pPr>
            <w:r>
              <w:rPr>
                <w:sz w:val="18"/>
              </w:rPr>
              <w:t>Northern Cyprus</w:t>
            </w:r>
          </w:p>
        </w:tc>
      </w:tr>
      <w:tr w:rsidR="004F2DE2" w14:paraId="4266C1AA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44A52C" w14:textId="77777777" w:rsidR="004F2DE2" w:rsidRDefault="00000000">
            <w:pPr>
              <w:spacing w:after="0"/>
            </w:pPr>
            <w:r>
              <w:rPr>
                <w:sz w:val="18"/>
              </w:rPr>
              <w:t>Barbara Gronostajska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815EA1" w14:textId="77777777" w:rsidR="004F2DE2" w:rsidRDefault="00000000">
            <w:pPr>
              <w:spacing w:after="0"/>
            </w:pPr>
            <w:r>
              <w:rPr>
                <w:sz w:val="18"/>
              </w:rPr>
              <w:t>Wrocław University of Science and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181190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11226668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207670" w14:textId="77777777" w:rsidR="004F2DE2" w:rsidRDefault="00000000">
            <w:pPr>
              <w:spacing w:after="0"/>
            </w:pPr>
            <w:r>
              <w:rPr>
                <w:sz w:val="18"/>
              </w:rPr>
              <w:t>Klaudiusz Grubel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6CA52B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Bielsko-Biala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092D7A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229F50F6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BF6963" w14:textId="77777777" w:rsidR="004F2DE2" w:rsidRDefault="00000000">
            <w:pPr>
              <w:spacing w:after="0"/>
            </w:pPr>
            <w:r>
              <w:rPr>
                <w:sz w:val="18"/>
              </w:rPr>
              <w:t>Yue Gui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AF15B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Wisconsin-Madison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49E33B" w14:textId="77777777" w:rsidR="004F2DE2" w:rsidRDefault="00000000">
            <w:pPr>
              <w:spacing w:after="0"/>
            </w:pPr>
            <w:r>
              <w:rPr>
                <w:sz w:val="18"/>
              </w:rPr>
              <w:t>United States</w:t>
            </w:r>
          </w:p>
        </w:tc>
      </w:tr>
      <w:tr w:rsidR="004F2DE2" w14:paraId="3EF9CB9E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F1B107" w14:textId="77777777" w:rsidR="004F2DE2" w:rsidRDefault="00000000">
            <w:pPr>
              <w:spacing w:after="0"/>
            </w:pPr>
            <w:r>
              <w:rPr>
                <w:sz w:val="18"/>
              </w:rPr>
              <w:t>Michal Holubčík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213435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Žilina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DCA6DA" w14:textId="77777777" w:rsidR="004F2DE2" w:rsidRDefault="00000000">
            <w:pPr>
              <w:spacing w:after="0"/>
            </w:pPr>
            <w:r>
              <w:rPr>
                <w:sz w:val="18"/>
              </w:rPr>
              <w:t>Slovakia</w:t>
            </w:r>
          </w:p>
        </w:tc>
      </w:tr>
      <w:tr w:rsidR="004F2DE2" w14:paraId="3B9EEE84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053EBF" w14:textId="77777777" w:rsidR="004F2DE2" w:rsidRDefault="00000000">
            <w:pPr>
              <w:spacing w:after="0"/>
            </w:pPr>
            <w:r>
              <w:rPr>
                <w:sz w:val="18"/>
              </w:rPr>
              <w:t>Jakub Jurasz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44F0C4" w14:textId="77777777" w:rsidR="004F2DE2" w:rsidRDefault="00000000">
            <w:pPr>
              <w:spacing w:after="0"/>
            </w:pPr>
            <w:r>
              <w:rPr>
                <w:sz w:val="18"/>
              </w:rPr>
              <w:t>Wrocław University of Science and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D55EB3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5C6C3719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311099" w14:textId="77777777" w:rsidR="004F2DE2" w:rsidRDefault="00000000">
            <w:pPr>
              <w:spacing w:after="0"/>
            </w:pPr>
            <w:r>
              <w:rPr>
                <w:sz w:val="18"/>
              </w:rPr>
              <w:t>Lan Kang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56A4D6" w14:textId="77777777" w:rsidR="004F2DE2" w:rsidRDefault="00000000">
            <w:pPr>
              <w:spacing w:after="0"/>
            </w:pPr>
            <w:r>
              <w:rPr>
                <w:sz w:val="18"/>
              </w:rPr>
              <w:t>South China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FE64C3" w14:textId="77777777" w:rsidR="004F2DE2" w:rsidRDefault="00000000">
            <w:pPr>
              <w:spacing w:after="0"/>
            </w:pPr>
            <w:r>
              <w:rPr>
                <w:sz w:val="18"/>
              </w:rPr>
              <w:t>China</w:t>
            </w:r>
          </w:p>
        </w:tc>
      </w:tr>
      <w:tr w:rsidR="004F2DE2" w14:paraId="3DEDED71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8AA501" w14:textId="77777777" w:rsidR="004F2DE2" w:rsidRDefault="00000000">
            <w:pPr>
              <w:spacing w:after="0"/>
            </w:pPr>
            <w:r>
              <w:rPr>
                <w:sz w:val="18"/>
              </w:rPr>
              <w:t>Oleg Kapliński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E8F8EB" w14:textId="77777777" w:rsidR="004F2DE2" w:rsidRDefault="00000000">
            <w:pPr>
              <w:spacing w:after="0"/>
            </w:pPr>
            <w:r>
              <w:rPr>
                <w:sz w:val="18"/>
              </w:rPr>
              <w:t>Poznan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A23C3D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</w:tbl>
    <w:p w14:paraId="6BBAD680" w14:textId="77777777" w:rsidR="004F2DE2" w:rsidRDefault="00000000">
      <w:r>
        <w:br w:type="page"/>
      </w:r>
    </w:p>
    <w:p w14:paraId="79C3CD28" w14:textId="77777777" w:rsidR="004F2DE2" w:rsidRDefault="00000000">
      <w:pPr>
        <w:spacing w:after="120"/>
      </w:pPr>
      <w:r>
        <w:rPr>
          <w:b/>
          <w:color w:val="5A5A5A"/>
          <w:sz w:val="22"/>
        </w:rPr>
        <w:lastRenderedPageBreak/>
        <w:t>Reviewers in 2025 (continued)</w:t>
      </w:r>
    </w:p>
    <w:tbl>
      <w:tblPr>
        <w:tblStyle w:val="Tabela-Siatka"/>
        <w:tblW w:w="1236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800"/>
        <w:gridCol w:w="7500"/>
        <w:gridCol w:w="2068"/>
      </w:tblGrid>
      <w:tr w:rsidR="004F2DE2" w14:paraId="3C61D59A" w14:textId="77777777">
        <w:trPr>
          <w:tblHeader/>
        </w:trPr>
        <w:tc>
          <w:tcPr>
            <w:tcW w:w="2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A25DA8" w14:textId="77777777" w:rsidR="004F2DE2" w:rsidRDefault="00000000">
            <w:r>
              <w:rPr>
                <w:b/>
                <w:color w:val="1F4D78"/>
              </w:rPr>
              <w:t>Reviewer</w:t>
            </w:r>
          </w:p>
        </w:tc>
        <w:tc>
          <w:tcPr>
            <w:tcW w:w="7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EFE60C" w14:textId="77777777" w:rsidR="004F2DE2" w:rsidRDefault="00000000">
            <w:r>
              <w:rPr>
                <w:b/>
                <w:color w:val="1F4D78"/>
              </w:rPr>
              <w:t>Institution</w:t>
            </w:r>
          </w:p>
        </w:tc>
        <w:tc>
          <w:tcPr>
            <w:tcW w:w="2068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594967" w14:textId="77777777" w:rsidR="004F2DE2" w:rsidRDefault="00000000">
            <w:r>
              <w:rPr>
                <w:b/>
                <w:color w:val="1F4D78"/>
              </w:rPr>
              <w:t>Country</w:t>
            </w:r>
          </w:p>
        </w:tc>
      </w:tr>
      <w:tr w:rsidR="004F2DE2" w14:paraId="68FCB2BD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4C3EFA" w14:textId="77777777" w:rsidR="004F2DE2" w:rsidRDefault="00000000">
            <w:pPr>
              <w:spacing w:after="0"/>
            </w:pPr>
            <w:r>
              <w:rPr>
                <w:sz w:val="18"/>
              </w:rPr>
              <w:t>Chaimae Khanfri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18C1FA" w14:textId="77777777" w:rsidR="004F2DE2" w:rsidRDefault="00000000">
            <w:pPr>
              <w:spacing w:after="0"/>
            </w:pPr>
            <w:r>
              <w:rPr>
                <w:sz w:val="18"/>
              </w:rPr>
              <w:t>Mohammed V University in Rabat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D686C3" w14:textId="77777777" w:rsidR="004F2DE2" w:rsidRDefault="00000000">
            <w:pPr>
              <w:spacing w:after="0"/>
            </w:pPr>
            <w:r>
              <w:rPr>
                <w:sz w:val="18"/>
              </w:rPr>
              <w:t>Morocco</w:t>
            </w:r>
          </w:p>
        </w:tc>
      </w:tr>
      <w:tr w:rsidR="004F2DE2" w14:paraId="7417241E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61FCF0" w14:textId="77777777" w:rsidR="004F2DE2" w:rsidRDefault="00000000">
            <w:pPr>
              <w:spacing w:after="0"/>
            </w:pPr>
            <w:r>
              <w:rPr>
                <w:sz w:val="18"/>
              </w:rPr>
              <w:t>Tomasz Kisilewicz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315BD3" w14:textId="77777777" w:rsidR="004F2DE2" w:rsidRDefault="00000000">
            <w:pPr>
              <w:spacing w:after="0"/>
            </w:pPr>
            <w:r>
              <w:rPr>
                <w:sz w:val="18"/>
              </w:rPr>
              <w:t>Cracow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9CA948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0424858E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D18192" w14:textId="77777777" w:rsidR="004F2DE2" w:rsidRDefault="00000000">
            <w:pPr>
              <w:spacing w:after="0"/>
            </w:pPr>
            <w:r>
              <w:rPr>
                <w:sz w:val="18"/>
              </w:rPr>
              <w:t>Dominika Knera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647C75" w14:textId="77777777" w:rsidR="004F2DE2" w:rsidRDefault="00000000">
            <w:pPr>
              <w:spacing w:after="0"/>
            </w:pPr>
            <w:r>
              <w:rPr>
                <w:sz w:val="18"/>
              </w:rPr>
              <w:t>Lodz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0753BF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1B46F4B1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2450C9" w14:textId="77777777" w:rsidR="004F2DE2" w:rsidRDefault="00000000">
            <w:pPr>
              <w:spacing w:after="0"/>
            </w:pPr>
            <w:r>
              <w:rPr>
                <w:sz w:val="18"/>
              </w:rPr>
              <w:t>Petr Konecny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3BEB55" w14:textId="77777777" w:rsidR="004F2DE2" w:rsidRDefault="00000000">
            <w:pPr>
              <w:spacing w:after="0"/>
            </w:pPr>
            <w:r>
              <w:rPr>
                <w:sz w:val="18"/>
              </w:rPr>
              <w:t>VSB – Technical University of Ostrava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C0248C" w14:textId="77777777" w:rsidR="004F2DE2" w:rsidRDefault="00000000">
            <w:pPr>
              <w:spacing w:after="0"/>
            </w:pPr>
            <w:r>
              <w:rPr>
                <w:sz w:val="18"/>
              </w:rPr>
              <w:t>Czech Republic</w:t>
            </w:r>
          </w:p>
        </w:tc>
      </w:tr>
      <w:tr w:rsidR="004F2DE2" w14:paraId="493EE8E0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25D803" w14:textId="77777777" w:rsidR="004F2DE2" w:rsidRDefault="00000000">
            <w:pPr>
              <w:spacing w:after="0"/>
            </w:pPr>
            <w:r>
              <w:rPr>
                <w:sz w:val="18"/>
              </w:rPr>
              <w:t>Karolina Kozłowska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DC96ED" w14:textId="77777777" w:rsidR="004F2DE2" w:rsidRDefault="00000000">
            <w:pPr>
              <w:spacing w:after="0"/>
            </w:pPr>
            <w:r>
              <w:rPr>
                <w:sz w:val="18"/>
              </w:rPr>
              <w:t>Rzeszow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96BF8B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3744C4A7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78A7C1" w14:textId="77777777" w:rsidR="004F2DE2" w:rsidRDefault="00000000">
            <w:pPr>
              <w:spacing w:after="0"/>
            </w:pPr>
            <w:r>
              <w:rPr>
                <w:sz w:val="18"/>
              </w:rPr>
              <w:t>Janusz Krentowski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C84A70" w14:textId="77777777" w:rsidR="004F2DE2" w:rsidRDefault="00000000">
            <w:pPr>
              <w:spacing w:after="0"/>
            </w:pPr>
            <w:r>
              <w:rPr>
                <w:sz w:val="18"/>
              </w:rPr>
              <w:t>Bialystok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DC94C9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424680AF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390824" w14:textId="77777777" w:rsidR="004F2DE2" w:rsidRDefault="00000000">
            <w:pPr>
              <w:spacing w:after="0"/>
            </w:pPr>
            <w:r>
              <w:rPr>
                <w:sz w:val="18"/>
              </w:rPr>
              <w:t>Stefania Landi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FA463C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Pisa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6560FB" w14:textId="77777777" w:rsidR="004F2DE2" w:rsidRDefault="00000000">
            <w:pPr>
              <w:spacing w:after="0"/>
            </w:pPr>
            <w:r>
              <w:rPr>
                <w:sz w:val="18"/>
              </w:rPr>
              <w:t>Italy</w:t>
            </w:r>
          </w:p>
        </w:tc>
      </w:tr>
      <w:tr w:rsidR="004F2DE2" w14:paraId="6524D5F5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C38B06" w14:textId="77777777" w:rsidR="004F2DE2" w:rsidRDefault="00000000">
            <w:pPr>
              <w:spacing w:after="0"/>
            </w:pPr>
            <w:r>
              <w:rPr>
                <w:sz w:val="18"/>
              </w:rPr>
              <w:t>Zbigniew Lechowicz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B929AA" w14:textId="77777777" w:rsidR="004F2DE2" w:rsidRDefault="00000000">
            <w:pPr>
              <w:spacing w:after="0"/>
            </w:pPr>
            <w:r>
              <w:rPr>
                <w:sz w:val="18"/>
              </w:rPr>
              <w:t>Warsaw University of Life Sciences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803959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259D53B7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3114E9" w14:textId="77777777" w:rsidR="004F2DE2" w:rsidRDefault="00000000">
            <w:pPr>
              <w:spacing w:after="0"/>
            </w:pPr>
            <w:r>
              <w:rPr>
                <w:sz w:val="18"/>
              </w:rPr>
              <w:t>Lech Lichołai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FC009D" w14:textId="77777777" w:rsidR="004F2DE2" w:rsidRDefault="00000000">
            <w:pPr>
              <w:spacing w:after="0"/>
            </w:pPr>
            <w:r>
              <w:rPr>
                <w:sz w:val="18"/>
              </w:rPr>
              <w:t>Rzeszow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B07C4B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5A3DCC23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A160BC" w14:textId="77777777" w:rsidR="004F2DE2" w:rsidRDefault="00000000">
            <w:pPr>
              <w:spacing w:after="0"/>
            </w:pPr>
            <w:r>
              <w:rPr>
                <w:sz w:val="18"/>
              </w:rPr>
              <w:t>Barbara Linowiecka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08CA31" w14:textId="77777777" w:rsidR="004F2DE2" w:rsidRDefault="00000000">
            <w:pPr>
              <w:spacing w:after="0"/>
            </w:pPr>
            <w:r>
              <w:rPr>
                <w:sz w:val="18"/>
              </w:rPr>
              <w:t>Poznan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416EA1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4BA0F80D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CD36A8" w14:textId="77777777" w:rsidR="004F2DE2" w:rsidRDefault="00000000">
            <w:pPr>
              <w:spacing w:after="0"/>
            </w:pPr>
            <w:r>
              <w:rPr>
                <w:sz w:val="18"/>
              </w:rPr>
              <w:t>Monika Mackiewicz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B679A3" w14:textId="77777777" w:rsidR="004F2DE2" w:rsidRDefault="00000000">
            <w:pPr>
              <w:spacing w:after="0"/>
            </w:pPr>
            <w:r>
              <w:rPr>
                <w:sz w:val="18"/>
              </w:rPr>
              <w:t>Bialystok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653B4E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33B9F8A5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58E6F5" w14:textId="77777777" w:rsidR="004F2DE2" w:rsidRDefault="00000000">
            <w:pPr>
              <w:spacing w:after="0"/>
            </w:pPr>
            <w:r>
              <w:rPr>
                <w:sz w:val="18"/>
              </w:rPr>
              <w:t>Grzegorz Majewski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A135D8" w14:textId="77777777" w:rsidR="004F2DE2" w:rsidRDefault="00000000">
            <w:pPr>
              <w:spacing w:after="0"/>
            </w:pPr>
            <w:r>
              <w:rPr>
                <w:sz w:val="18"/>
              </w:rPr>
              <w:t>Warsaw University of Life Sciences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9B8E96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07858C30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8497DB" w14:textId="77777777" w:rsidR="004F2DE2" w:rsidRDefault="00000000">
            <w:pPr>
              <w:spacing w:after="0"/>
            </w:pPr>
            <w:r>
              <w:rPr>
                <w:sz w:val="18"/>
              </w:rPr>
              <w:t>Tomasz Malec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C24BBA" w14:textId="77777777" w:rsidR="004F2DE2" w:rsidRDefault="00000000">
            <w:pPr>
              <w:spacing w:after="0"/>
            </w:pPr>
            <w:r>
              <w:rPr>
                <w:sz w:val="18"/>
              </w:rPr>
              <w:t>International University of Sarajevo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E00DFE" w14:textId="77777777" w:rsidR="004F2DE2" w:rsidRDefault="00000000">
            <w:pPr>
              <w:spacing w:after="0"/>
            </w:pPr>
            <w:r>
              <w:rPr>
                <w:sz w:val="18"/>
              </w:rPr>
              <w:t>Bosnia and Herzegovina</w:t>
            </w:r>
          </w:p>
        </w:tc>
      </w:tr>
      <w:tr w:rsidR="004F2DE2" w14:paraId="46EDB576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5FC8C8" w14:textId="77777777" w:rsidR="004F2DE2" w:rsidRDefault="00000000">
            <w:pPr>
              <w:spacing w:after="0"/>
            </w:pPr>
            <w:r>
              <w:rPr>
                <w:sz w:val="18"/>
              </w:rPr>
              <w:t>Janusz Marchwiński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A67519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Technology and Arts in Applied Sciences in Warsaw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E7351F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03C12388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57497C" w14:textId="77777777" w:rsidR="004F2DE2" w:rsidRDefault="00000000">
            <w:pPr>
              <w:spacing w:after="0"/>
            </w:pPr>
            <w:r>
              <w:rPr>
                <w:sz w:val="18"/>
              </w:rPr>
              <w:t>Anna Martyka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AAD6D1" w14:textId="77777777" w:rsidR="004F2DE2" w:rsidRDefault="00000000">
            <w:pPr>
              <w:spacing w:after="0"/>
            </w:pPr>
            <w:r>
              <w:rPr>
                <w:sz w:val="18"/>
              </w:rPr>
              <w:t>Rzeszow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FFCF51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0F290D7D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CC85D" w14:textId="77777777" w:rsidR="004F2DE2" w:rsidRDefault="00000000">
            <w:pPr>
              <w:spacing w:after="0"/>
            </w:pPr>
            <w:r>
              <w:rPr>
                <w:sz w:val="18"/>
              </w:rPr>
              <w:t>Yongcui Mi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1F54DB" w14:textId="77777777" w:rsidR="004F2DE2" w:rsidRDefault="00000000">
            <w:pPr>
              <w:spacing w:after="0"/>
            </w:pPr>
            <w:r>
              <w:rPr>
                <w:sz w:val="18"/>
              </w:rPr>
              <w:t>University West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070A76" w14:textId="77777777" w:rsidR="004F2DE2" w:rsidRDefault="00000000">
            <w:pPr>
              <w:spacing w:after="0"/>
            </w:pPr>
            <w:r>
              <w:rPr>
                <w:sz w:val="18"/>
              </w:rPr>
              <w:t>Sweden</w:t>
            </w:r>
          </w:p>
        </w:tc>
      </w:tr>
      <w:tr w:rsidR="004F2DE2" w14:paraId="2136E590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F725DD" w14:textId="77777777" w:rsidR="004F2DE2" w:rsidRDefault="00000000">
            <w:pPr>
              <w:spacing w:after="0"/>
            </w:pPr>
            <w:r>
              <w:rPr>
                <w:sz w:val="18"/>
              </w:rPr>
              <w:t>Vuk Milosevic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7464A2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Nis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454A0E" w14:textId="77777777" w:rsidR="004F2DE2" w:rsidRDefault="00000000">
            <w:pPr>
              <w:spacing w:after="0"/>
            </w:pPr>
            <w:r>
              <w:rPr>
                <w:sz w:val="18"/>
              </w:rPr>
              <w:t>Serbia</w:t>
            </w:r>
          </w:p>
        </w:tc>
      </w:tr>
      <w:tr w:rsidR="004F2DE2" w14:paraId="5CAA934E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117D22" w14:textId="77777777" w:rsidR="004F2DE2" w:rsidRDefault="00000000">
            <w:pPr>
              <w:spacing w:after="0"/>
            </w:pPr>
            <w:r>
              <w:rPr>
                <w:sz w:val="18"/>
              </w:rPr>
              <w:t>Giuseppe Modoni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FA678F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Cassino and Southern Lazio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638322" w14:textId="77777777" w:rsidR="004F2DE2" w:rsidRDefault="00000000">
            <w:pPr>
              <w:spacing w:after="0"/>
            </w:pPr>
            <w:r>
              <w:rPr>
                <w:sz w:val="18"/>
              </w:rPr>
              <w:t>Italy</w:t>
            </w:r>
          </w:p>
        </w:tc>
      </w:tr>
      <w:tr w:rsidR="004F2DE2" w14:paraId="3A329997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E1FD04" w14:textId="77777777" w:rsidR="004F2DE2" w:rsidRDefault="00000000">
            <w:pPr>
              <w:spacing w:after="0"/>
            </w:pPr>
            <w:r>
              <w:rPr>
                <w:sz w:val="18"/>
              </w:rPr>
              <w:t>Ouadia Mouhat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B44895" w14:textId="77777777" w:rsidR="004F2DE2" w:rsidRDefault="00000000">
            <w:pPr>
              <w:spacing w:after="0"/>
            </w:pPr>
            <w:r>
              <w:rPr>
                <w:sz w:val="18"/>
              </w:rPr>
              <w:t>Mohammed V University in Rabat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517CED" w14:textId="77777777" w:rsidR="004F2DE2" w:rsidRDefault="00000000">
            <w:pPr>
              <w:spacing w:after="0"/>
            </w:pPr>
            <w:r>
              <w:rPr>
                <w:sz w:val="18"/>
              </w:rPr>
              <w:t>Morocco</w:t>
            </w:r>
          </w:p>
        </w:tc>
      </w:tr>
      <w:tr w:rsidR="004F2DE2" w14:paraId="1CFFBA99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3B1BAF" w14:textId="77777777" w:rsidR="004F2DE2" w:rsidRDefault="00000000">
            <w:pPr>
              <w:spacing w:after="0"/>
            </w:pPr>
            <w:r>
              <w:rPr>
                <w:sz w:val="18"/>
              </w:rPr>
              <w:t>Andrzej S. Nowak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A1DCA4" w14:textId="77777777" w:rsidR="004F2DE2" w:rsidRDefault="00000000">
            <w:pPr>
              <w:spacing w:after="0"/>
            </w:pPr>
            <w:r>
              <w:rPr>
                <w:sz w:val="18"/>
              </w:rPr>
              <w:t>Auburn University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9A7824" w14:textId="77777777" w:rsidR="004F2DE2" w:rsidRDefault="00000000">
            <w:pPr>
              <w:spacing w:after="0"/>
            </w:pPr>
            <w:r>
              <w:rPr>
                <w:sz w:val="18"/>
              </w:rPr>
              <w:t>United States</w:t>
            </w:r>
          </w:p>
        </w:tc>
      </w:tr>
      <w:tr w:rsidR="004F2DE2" w14:paraId="4E0D5013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A637EE" w14:textId="77777777" w:rsidR="004F2DE2" w:rsidRDefault="00000000">
            <w:pPr>
              <w:spacing w:after="0"/>
            </w:pPr>
            <w:r>
              <w:rPr>
                <w:sz w:val="18"/>
              </w:rPr>
              <w:t>Beata Nowogońska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BC6FB8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Zielona Gora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16998C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</w:tbl>
    <w:p w14:paraId="6FC5B5ED" w14:textId="77777777" w:rsidR="004F2DE2" w:rsidRDefault="00000000">
      <w:r>
        <w:br w:type="page"/>
      </w:r>
    </w:p>
    <w:p w14:paraId="0EE13AD0" w14:textId="77777777" w:rsidR="004F2DE2" w:rsidRDefault="00000000">
      <w:pPr>
        <w:spacing w:after="120"/>
      </w:pPr>
      <w:r>
        <w:rPr>
          <w:b/>
          <w:color w:val="5A5A5A"/>
          <w:sz w:val="22"/>
        </w:rPr>
        <w:lastRenderedPageBreak/>
        <w:t>Reviewers in 2025 (continued)</w:t>
      </w:r>
    </w:p>
    <w:tbl>
      <w:tblPr>
        <w:tblStyle w:val="Tabela-Siatka"/>
        <w:tblW w:w="1236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800"/>
        <w:gridCol w:w="7500"/>
        <w:gridCol w:w="2068"/>
      </w:tblGrid>
      <w:tr w:rsidR="004F2DE2" w14:paraId="549C25D8" w14:textId="77777777">
        <w:trPr>
          <w:tblHeader/>
        </w:trPr>
        <w:tc>
          <w:tcPr>
            <w:tcW w:w="2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99FED3" w14:textId="77777777" w:rsidR="004F2DE2" w:rsidRDefault="00000000">
            <w:r>
              <w:rPr>
                <w:b/>
                <w:color w:val="1F4D78"/>
              </w:rPr>
              <w:t>Reviewer</w:t>
            </w:r>
          </w:p>
        </w:tc>
        <w:tc>
          <w:tcPr>
            <w:tcW w:w="7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D1C682" w14:textId="77777777" w:rsidR="004F2DE2" w:rsidRDefault="00000000">
            <w:r>
              <w:rPr>
                <w:b/>
                <w:color w:val="1F4D78"/>
              </w:rPr>
              <w:t>Institution</w:t>
            </w:r>
          </w:p>
        </w:tc>
        <w:tc>
          <w:tcPr>
            <w:tcW w:w="2068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B94BC1" w14:textId="77777777" w:rsidR="004F2DE2" w:rsidRDefault="00000000">
            <w:r>
              <w:rPr>
                <w:b/>
                <w:color w:val="1F4D78"/>
              </w:rPr>
              <w:t>Country</w:t>
            </w:r>
          </w:p>
        </w:tc>
      </w:tr>
      <w:tr w:rsidR="004F2DE2" w14:paraId="569C794B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64BDB1" w14:textId="77777777" w:rsidR="004F2DE2" w:rsidRDefault="00000000">
            <w:pPr>
              <w:spacing w:after="0"/>
            </w:pPr>
            <w:r>
              <w:rPr>
                <w:sz w:val="18"/>
              </w:rPr>
              <w:t>Dorota Olejnik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CDEA33" w14:textId="77777777" w:rsidR="004F2DE2" w:rsidRDefault="00000000">
            <w:pPr>
              <w:spacing w:after="0"/>
            </w:pPr>
            <w:r>
              <w:rPr>
                <w:sz w:val="18"/>
              </w:rPr>
              <w:t>Lodz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9E5129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6A992CF8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E6258F" w14:textId="77777777" w:rsidR="004F2DE2" w:rsidRDefault="00000000">
            <w:pPr>
              <w:spacing w:after="0"/>
            </w:pPr>
            <w:r>
              <w:rPr>
                <w:sz w:val="18"/>
              </w:rPr>
              <w:t>Nerma Omićević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3BCDB1" w14:textId="77777777" w:rsidR="004F2DE2" w:rsidRDefault="00000000">
            <w:pPr>
              <w:spacing w:after="0"/>
            </w:pPr>
            <w:r>
              <w:rPr>
                <w:sz w:val="18"/>
              </w:rPr>
              <w:t>International University of Sarajevo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4EEAF9" w14:textId="77777777" w:rsidR="004F2DE2" w:rsidRDefault="00000000">
            <w:pPr>
              <w:spacing w:after="0"/>
            </w:pPr>
            <w:r>
              <w:rPr>
                <w:sz w:val="18"/>
              </w:rPr>
              <w:t>Bosnia and Herzegovina</w:t>
            </w:r>
          </w:p>
        </w:tc>
      </w:tr>
      <w:tr w:rsidR="004F2DE2" w14:paraId="535B9F11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5F101F" w14:textId="77777777" w:rsidR="004F2DE2" w:rsidRDefault="00000000">
            <w:pPr>
              <w:spacing w:after="0"/>
            </w:pPr>
            <w:r>
              <w:rPr>
                <w:sz w:val="18"/>
              </w:rPr>
              <w:t>Anna Ostańska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FA2991" w14:textId="77777777" w:rsidR="004F2DE2" w:rsidRDefault="00000000">
            <w:pPr>
              <w:spacing w:after="0"/>
            </w:pPr>
            <w:r>
              <w:rPr>
                <w:sz w:val="18"/>
              </w:rPr>
              <w:t>Lublin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194AE9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2B759438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F22185" w14:textId="77777777" w:rsidR="004F2DE2" w:rsidRDefault="00000000">
            <w:pPr>
              <w:spacing w:after="0"/>
            </w:pPr>
            <w:r>
              <w:rPr>
                <w:sz w:val="18"/>
              </w:rPr>
              <w:t>Jiří Palacký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FCDD0E" w14:textId="77777777" w:rsidR="004F2DE2" w:rsidRDefault="00000000">
            <w:pPr>
              <w:spacing w:after="0"/>
            </w:pPr>
            <w:r>
              <w:rPr>
                <w:sz w:val="18"/>
              </w:rPr>
              <w:t>Brno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B95819" w14:textId="77777777" w:rsidR="004F2DE2" w:rsidRDefault="00000000">
            <w:pPr>
              <w:spacing w:after="0"/>
            </w:pPr>
            <w:r>
              <w:rPr>
                <w:sz w:val="18"/>
              </w:rPr>
              <w:t>Czech Republic</w:t>
            </w:r>
          </w:p>
        </w:tc>
      </w:tr>
      <w:tr w:rsidR="004F2DE2" w14:paraId="3FC3979B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C3F9B7" w14:textId="77777777" w:rsidR="004F2DE2" w:rsidRDefault="00000000">
            <w:pPr>
              <w:spacing w:after="0"/>
            </w:pPr>
            <w:r>
              <w:rPr>
                <w:sz w:val="18"/>
              </w:rPr>
              <w:t>Xhevdet Pantina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4FC55B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Prishtina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533922" w14:textId="77777777" w:rsidR="004F2DE2" w:rsidRDefault="00000000">
            <w:pPr>
              <w:spacing w:after="0"/>
            </w:pPr>
            <w:r>
              <w:rPr>
                <w:sz w:val="18"/>
              </w:rPr>
              <w:t>Kosovo</w:t>
            </w:r>
          </w:p>
        </w:tc>
      </w:tr>
      <w:tr w:rsidR="004F2DE2" w14:paraId="1B4587F4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9BEF5F" w14:textId="77777777" w:rsidR="004F2DE2" w:rsidRDefault="00000000">
            <w:pPr>
              <w:spacing w:after="0"/>
            </w:pPr>
            <w:r>
              <w:rPr>
                <w:sz w:val="18"/>
              </w:rPr>
              <w:t>Zdzisław Pelczarski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3AF616" w14:textId="77777777" w:rsidR="004F2DE2" w:rsidRDefault="00000000">
            <w:pPr>
              <w:spacing w:after="0"/>
            </w:pPr>
            <w:r>
              <w:rPr>
                <w:sz w:val="18"/>
              </w:rPr>
              <w:t>Bialystok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FF9D61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60B68C4A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7D5CD4" w14:textId="77777777" w:rsidR="004F2DE2" w:rsidRDefault="00000000">
            <w:pPr>
              <w:spacing w:after="0"/>
            </w:pPr>
            <w:r>
              <w:rPr>
                <w:sz w:val="18"/>
              </w:rPr>
              <w:t>Ksenia Piątkowska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5F0BE7" w14:textId="77777777" w:rsidR="004F2DE2" w:rsidRDefault="00000000">
            <w:pPr>
              <w:spacing w:after="0"/>
            </w:pPr>
            <w:r>
              <w:rPr>
                <w:sz w:val="18"/>
              </w:rPr>
              <w:t>Gdańsk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58836B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0DD689CC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30ECB7" w14:textId="77777777" w:rsidR="004F2DE2" w:rsidRDefault="00000000">
            <w:pPr>
              <w:spacing w:after="0"/>
            </w:pPr>
            <w:r>
              <w:rPr>
                <w:sz w:val="18"/>
              </w:rPr>
              <w:t>Luís Miguel Moreira Pinto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F60FA8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Beira Interior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C37E71" w14:textId="77777777" w:rsidR="004F2DE2" w:rsidRDefault="00000000">
            <w:pPr>
              <w:spacing w:after="0"/>
            </w:pPr>
            <w:r>
              <w:rPr>
                <w:sz w:val="18"/>
              </w:rPr>
              <w:t>Portugal</w:t>
            </w:r>
          </w:p>
        </w:tc>
      </w:tr>
      <w:tr w:rsidR="004F2DE2" w14:paraId="2BC65D9E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711B4A" w14:textId="77777777" w:rsidR="004F2DE2" w:rsidRDefault="00000000">
            <w:pPr>
              <w:spacing w:after="0"/>
            </w:pPr>
            <w:r>
              <w:rPr>
                <w:sz w:val="18"/>
              </w:rPr>
              <w:t>Andrea Pirinu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30F153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Cagliari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A6D857" w14:textId="77777777" w:rsidR="004F2DE2" w:rsidRDefault="00000000">
            <w:pPr>
              <w:spacing w:after="0"/>
            </w:pPr>
            <w:r>
              <w:rPr>
                <w:sz w:val="18"/>
              </w:rPr>
              <w:t>Italy</w:t>
            </w:r>
          </w:p>
        </w:tc>
      </w:tr>
      <w:tr w:rsidR="004F2DE2" w14:paraId="438DFA36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025255" w14:textId="77777777" w:rsidR="004F2DE2" w:rsidRDefault="00000000">
            <w:pPr>
              <w:spacing w:after="0"/>
            </w:pPr>
            <w:r>
              <w:rPr>
                <w:sz w:val="18"/>
              </w:rPr>
              <w:t>Valentyna Praslova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1D8237" w14:textId="77777777" w:rsidR="004F2DE2" w:rsidRDefault="00000000">
            <w:pPr>
              <w:spacing w:after="0"/>
            </w:pPr>
            <w:r>
              <w:rPr>
                <w:sz w:val="18"/>
              </w:rPr>
              <w:t>Kyiv National University of Construction and Architecture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192ADB" w14:textId="77777777" w:rsidR="004F2DE2" w:rsidRDefault="00000000">
            <w:pPr>
              <w:spacing w:after="0"/>
            </w:pPr>
            <w:r>
              <w:rPr>
                <w:sz w:val="18"/>
              </w:rPr>
              <w:t>Ukraine</w:t>
            </w:r>
          </w:p>
        </w:tc>
      </w:tr>
      <w:tr w:rsidR="004F2DE2" w14:paraId="3EE70525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C4BD9D" w14:textId="77777777" w:rsidR="004F2DE2" w:rsidRDefault="00000000">
            <w:pPr>
              <w:spacing w:after="0"/>
            </w:pPr>
            <w:r>
              <w:rPr>
                <w:sz w:val="18"/>
              </w:rPr>
              <w:t>Gordana Rovčanin Premović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AAFB43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Montenegro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762144" w14:textId="77777777" w:rsidR="004F2DE2" w:rsidRDefault="00000000">
            <w:pPr>
              <w:spacing w:after="0"/>
            </w:pPr>
            <w:r>
              <w:rPr>
                <w:sz w:val="18"/>
              </w:rPr>
              <w:t>Montenegro</w:t>
            </w:r>
          </w:p>
        </w:tc>
      </w:tr>
      <w:tr w:rsidR="004F2DE2" w14:paraId="59BF785F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BD354F" w14:textId="77777777" w:rsidR="004F2DE2" w:rsidRDefault="00000000">
            <w:pPr>
              <w:spacing w:after="0"/>
            </w:pPr>
            <w:r>
              <w:rPr>
                <w:sz w:val="18"/>
              </w:rPr>
              <w:t>Branislav Puškár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B2DB82" w14:textId="77777777" w:rsidR="004F2DE2" w:rsidRDefault="00000000">
            <w:pPr>
              <w:spacing w:after="0"/>
            </w:pPr>
            <w:r>
              <w:rPr>
                <w:sz w:val="18"/>
              </w:rPr>
              <w:t>Slovak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9BF2D3" w14:textId="77777777" w:rsidR="004F2DE2" w:rsidRDefault="00000000">
            <w:pPr>
              <w:spacing w:after="0"/>
            </w:pPr>
            <w:r>
              <w:rPr>
                <w:sz w:val="18"/>
              </w:rPr>
              <w:t>Slovakia</w:t>
            </w:r>
          </w:p>
        </w:tc>
      </w:tr>
      <w:tr w:rsidR="004F2DE2" w14:paraId="546A1150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79A7AF" w14:textId="77777777" w:rsidR="004F2DE2" w:rsidRDefault="00000000">
            <w:pPr>
              <w:spacing w:after="0"/>
            </w:pPr>
            <w:r>
              <w:rPr>
                <w:sz w:val="18"/>
              </w:rPr>
              <w:t>Wojciech Radomski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22AFE0" w14:textId="77777777" w:rsidR="004F2DE2" w:rsidRDefault="00000000">
            <w:pPr>
              <w:spacing w:after="0"/>
            </w:pPr>
            <w:r>
              <w:rPr>
                <w:sz w:val="18"/>
              </w:rPr>
              <w:t>Warsaw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C21344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279272D6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26FC6A" w14:textId="77777777" w:rsidR="004F2DE2" w:rsidRDefault="00000000">
            <w:pPr>
              <w:spacing w:after="0"/>
            </w:pPr>
            <w:r>
              <w:rPr>
                <w:sz w:val="18"/>
              </w:rPr>
              <w:t>Elżbieta Radziszewska-Zielina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E1385" w14:textId="77777777" w:rsidR="004F2DE2" w:rsidRDefault="00000000">
            <w:pPr>
              <w:spacing w:after="0"/>
            </w:pPr>
            <w:r>
              <w:rPr>
                <w:sz w:val="18"/>
              </w:rPr>
              <w:t>Cracow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2FCB2E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5BB83C0B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4C4E64" w14:textId="77777777" w:rsidR="004F2DE2" w:rsidRDefault="00000000">
            <w:pPr>
              <w:spacing w:after="0"/>
            </w:pPr>
            <w:r>
              <w:rPr>
                <w:sz w:val="18"/>
              </w:rPr>
              <w:t>Elżbieta Rdzawska-Augustin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681337" w14:textId="77777777" w:rsidR="004F2DE2" w:rsidRDefault="00000000">
            <w:pPr>
              <w:spacing w:after="0"/>
            </w:pPr>
            <w:r>
              <w:rPr>
                <w:sz w:val="18"/>
              </w:rPr>
              <w:t>Silesian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B60A5C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083B5504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E45CEB" w14:textId="77777777" w:rsidR="004F2DE2" w:rsidRDefault="00000000">
            <w:pPr>
              <w:spacing w:after="0"/>
            </w:pPr>
            <w:r>
              <w:rPr>
                <w:sz w:val="18"/>
              </w:rPr>
              <w:t>Katarzyna Rosłon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D84ED" w14:textId="77777777" w:rsidR="004F2DE2" w:rsidRDefault="00000000">
            <w:pPr>
              <w:spacing w:after="0"/>
            </w:pPr>
            <w:r>
              <w:rPr>
                <w:sz w:val="18"/>
              </w:rPr>
              <w:t>Silesian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7164F8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1407726E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39228A" w14:textId="77777777" w:rsidR="004F2DE2" w:rsidRDefault="00000000">
            <w:pPr>
              <w:spacing w:after="0"/>
            </w:pPr>
            <w:r>
              <w:rPr>
                <w:sz w:val="18"/>
              </w:rPr>
              <w:t>Marco Saccucci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EEE8CB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Cassino and Southern Lazio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65735D" w14:textId="77777777" w:rsidR="004F2DE2" w:rsidRDefault="00000000">
            <w:pPr>
              <w:spacing w:after="0"/>
            </w:pPr>
            <w:r>
              <w:rPr>
                <w:sz w:val="18"/>
              </w:rPr>
              <w:t>Italy</w:t>
            </w:r>
          </w:p>
        </w:tc>
      </w:tr>
      <w:tr w:rsidR="004F2DE2" w14:paraId="7A84775B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BDAFE9" w14:textId="77777777" w:rsidR="004F2DE2" w:rsidRDefault="00000000">
            <w:pPr>
              <w:spacing w:after="0"/>
            </w:pPr>
            <w:r>
              <w:rPr>
                <w:sz w:val="18"/>
              </w:rPr>
              <w:t>Marek Salamak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128891" w14:textId="77777777" w:rsidR="004F2DE2" w:rsidRDefault="00000000">
            <w:pPr>
              <w:spacing w:after="0"/>
            </w:pPr>
            <w:r>
              <w:rPr>
                <w:sz w:val="18"/>
              </w:rPr>
              <w:t>Silesian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0DCD29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3548E83B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E3D99E" w14:textId="77777777" w:rsidR="004F2DE2" w:rsidRDefault="00000000">
            <w:pPr>
              <w:spacing w:after="0"/>
            </w:pPr>
            <w:r>
              <w:rPr>
                <w:sz w:val="18"/>
              </w:rPr>
              <w:t>Sanja Savić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04A1B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Montenegro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C7C121" w14:textId="77777777" w:rsidR="004F2DE2" w:rsidRDefault="00000000">
            <w:pPr>
              <w:spacing w:after="0"/>
            </w:pPr>
            <w:r>
              <w:rPr>
                <w:sz w:val="18"/>
              </w:rPr>
              <w:t>Montenegro</w:t>
            </w:r>
          </w:p>
        </w:tc>
      </w:tr>
      <w:tr w:rsidR="004F2DE2" w14:paraId="2600F4D3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01DFB9" w14:textId="77777777" w:rsidR="004F2DE2" w:rsidRDefault="00000000">
            <w:pPr>
              <w:spacing w:after="0"/>
            </w:pPr>
            <w:r>
              <w:rPr>
                <w:sz w:val="18"/>
              </w:rPr>
              <w:t>Andrea Šeligová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F09033" w14:textId="77777777" w:rsidR="004F2DE2" w:rsidRDefault="00000000">
            <w:pPr>
              <w:spacing w:after="0"/>
            </w:pPr>
            <w:r>
              <w:rPr>
                <w:sz w:val="18"/>
              </w:rPr>
              <w:t>Slovak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D8E61F" w14:textId="77777777" w:rsidR="004F2DE2" w:rsidRDefault="00000000">
            <w:pPr>
              <w:spacing w:after="0"/>
            </w:pPr>
            <w:r>
              <w:rPr>
                <w:sz w:val="18"/>
              </w:rPr>
              <w:t>Slovakia</w:t>
            </w:r>
          </w:p>
        </w:tc>
      </w:tr>
    </w:tbl>
    <w:p w14:paraId="0DBD1A06" w14:textId="77777777" w:rsidR="004F2DE2" w:rsidRDefault="00000000">
      <w:r>
        <w:br w:type="page"/>
      </w:r>
    </w:p>
    <w:p w14:paraId="2A9C03B7" w14:textId="77777777" w:rsidR="004F2DE2" w:rsidRDefault="00000000">
      <w:pPr>
        <w:spacing w:after="120"/>
      </w:pPr>
      <w:r>
        <w:rPr>
          <w:b/>
          <w:color w:val="5A5A5A"/>
          <w:sz w:val="22"/>
        </w:rPr>
        <w:lastRenderedPageBreak/>
        <w:t>Reviewers in 2025 (continued)</w:t>
      </w:r>
    </w:p>
    <w:tbl>
      <w:tblPr>
        <w:tblStyle w:val="Tabela-Siatka"/>
        <w:tblW w:w="1236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800"/>
        <w:gridCol w:w="7500"/>
        <w:gridCol w:w="2068"/>
      </w:tblGrid>
      <w:tr w:rsidR="004F2DE2" w14:paraId="7CD13DBD" w14:textId="77777777">
        <w:trPr>
          <w:tblHeader/>
        </w:trPr>
        <w:tc>
          <w:tcPr>
            <w:tcW w:w="2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474B69" w14:textId="77777777" w:rsidR="004F2DE2" w:rsidRDefault="00000000">
            <w:r>
              <w:rPr>
                <w:b/>
                <w:color w:val="1F4D78"/>
              </w:rPr>
              <w:t>Reviewer</w:t>
            </w:r>
          </w:p>
        </w:tc>
        <w:tc>
          <w:tcPr>
            <w:tcW w:w="7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24E35E" w14:textId="77777777" w:rsidR="004F2DE2" w:rsidRDefault="00000000">
            <w:r>
              <w:rPr>
                <w:b/>
                <w:color w:val="1F4D78"/>
              </w:rPr>
              <w:t>Institution</w:t>
            </w:r>
          </w:p>
        </w:tc>
        <w:tc>
          <w:tcPr>
            <w:tcW w:w="2068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338064" w14:textId="77777777" w:rsidR="004F2DE2" w:rsidRDefault="00000000">
            <w:r>
              <w:rPr>
                <w:b/>
                <w:color w:val="1F4D78"/>
              </w:rPr>
              <w:t>Country</w:t>
            </w:r>
          </w:p>
        </w:tc>
      </w:tr>
      <w:tr w:rsidR="004F2DE2" w14:paraId="32F4C984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3A6B75" w14:textId="77777777" w:rsidR="004F2DE2" w:rsidRDefault="00000000">
            <w:pPr>
              <w:spacing w:after="0"/>
            </w:pPr>
            <w:r>
              <w:rPr>
                <w:sz w:val="18"/>
              </w:rPr>
              <w:t>Marcin Sidoruk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391B48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Warmia and Mazury in Olsztyn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D86058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24F4A17A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E3939C" w14:textId="77777777" w:rsidR="004F2DE2" w:rsidRDefault="00000000">
            <w:pPr>
              <w:spacing w:after="0"/>
            </w:pPr>
            <w:r>
              <w:rPr>
                <w:sz w:val="18"/>
              </w:rPr>
              <w:t>Borys Siewczyński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A2AC86" w14:textId="77777777" w:rsidR="004F2DE2" w:rsidRDefault="00000000">
            <w:pPr>
              <w:spacing w:after="0"/>
            </w:pPr>
            <w:r>
              <w:rPr>
                <w:sz w:val="18"/>
              </w:rPr>
              <w:t>Poznan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C17D68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0C55F1EE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E37C9E" w14:textId="77777777" w:rsidR="004F2DE2" w:rsidRDefault="00000000">
            <w:pPr>
              <w:spacing w:after="0"/>
            </w:pPr>
            <w:r>
              <w:rPr>
                <w:sz w:val="18"/>
              </w:rPr>
              <w:t>Barbara Sowińska-Świerkosz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30952F" w14:textId="77777777" w:rsidR="004F2DE2" w:rsidRDefault="00000000">
            <w:pPr>
              <w:spacing w:after="0"/>
            </w:pPr>
            <w:r>
              <w:rPr>
                <w:sz w:val="18"/>
              </w:rPr>
              <w:t>University of Life Sciences in Lublin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D81978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47FF7D38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2EE910" w14:textId="77777777" w:rsidR="004F2DE2" w:rsidRDefault="00000000">
            <w:pPr>
              <w:spacing w:after="0"/>
            </w:pPr>
            <w:r>
              <w:rPr>
                <w:sz w:val="18"/>
              </w:rPr>
              <w:t>Piotr Springer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AFEE18" w14:textId="77777777" w:rsidR="004F2DE2" w:rsidRDefault="00000000">
            <w:pPr>
              <w:spacing w:after="0"/>
            </w:pPr>
            <w:r>
              <w:rPr>
                <w:sz w:val="18"/>
              </w:rPr>
              <w:t>Poznan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4DDC0B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23C1A005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3A469" w14:textId="77777777" w:rsidR="004F2DE2" w:rsidRDefault="00000000">
            <w:pPr>
              <w:spacing w:after="0"/>
            </w:pPr>
            <w:r>
              <w:rPr>
                <w:sz w:val="18"/>
              </w:rPr>
              <w:t>Mikołaj Stankowski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772C89" w14:textId="77777777" w:rsidR="004F2DE2" w:rsidRDefault="00000000">
            <w:pPr>
              <w:spacing w:after="0"/>
            </w:pPr>
            <w:r>
              <w:rPr>
                <w:sz w:val="18"/>
              </w:rPr>
              <w:t>Magdalena Abakanowicz University of the Arts Poznan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F435D3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28C4955C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24AB6B" w14:textId="77777777" w:rsidR="004F2DE2" w:rsidRDefault="00000000">
            <w:pPr>
              <w:spacing w:after="0"/>
            </w:pPr>
            <w:r>
              <w:rPr>
                <w:sz w:val="18"/>
              </w:rPr>
              <w:t>Justyna Swoszowska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D10C46" w14:textId="77777777" w:rsidR="004F2DE2" w:rsidRDefault="00000000">
            <w:pPr>
              <w:spacing w:after="0"/>
            </w:pPr>
            <w:r>
              <w:rPr>
                <w:sz w:val="18"/>
              </w:rPr>
              <w:t>Silesian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D0C28F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469BE8CC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A2A0BF" w14:textId="77777777" w:rsidR="004F2DE2" w:rsidRDefault="00000000">
            <w:pPr>
              <w:spacing w:after="0"/>
            </w:pPr>
            <w:r>
              <w:rPr>
                <w:sz w:val="18"/>
              </w:rPr>
              <w:t>Ewa Szatyłowicz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FD8D50" w14:textId="77777777" w:rsidR="004F2DE2" w:rsidRDefault="00000000">
            <w:pPr>
              <w:spacing w:after="0"/>
            </w:pPr>
            <w:r>
              <w:rPr>
                <w:sz w:val="18"/>
              </w:rPr>
              <w:t>Bialystok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30C4E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7B54C659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3EB97E" w14:textId="77777777" w:rsidR="004F2DE2" w:rsidRDefault="00000000">
            <w:pPr>
              <w:spacing w:after="0"/>
            </w:pPr>
            <w:r>
              <w:rPr>
                <w:sz w:val="18"/>
              </w:rPr>
              <w:t>Andrzej Szymański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5EF962" w14:textId="77777777" w:rsidR="004F2DE2" w:rsidRDefault="00000000">
            <w:pPr>
              <w:spacing w:after="0"/>
            </w:pPr>
            <w:r>
              <w:rPr>
                <w:sz w:val="18"/>
              </w:rPr>
              <w:t>Poznan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91D993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1BEE336A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4A3E63" w14:textId="77777777" w:rsidR="004F2DE2" w:rsidRDefault="00000000">
            <w:pPr>
              <w:spacing w:after="0"/>
            </w:pPr>
            <w:r>
              <w:rPr>
                <w:sz w:val="18"/>
              </w:rPr>
              <w:t>Andrzej Tokajuk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485820" w14:textId="77777777" w:rsidR="004F2DE2" w:rsidRDefault="00000000">
            <w:pPr>
              <w:spacing w:after="0"/>
            </w:pPr>
            <w:r>
              <w:rPr>
                <w:sz w:val="18"/>
              </w:rPr>
              <w:t>Bialystok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69765A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07BFA20A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372AD9" w14:textId="77777777" w:rsidR="004F2DE2" w:rsidRDefault="00000000">
            <w:pPr>
              <w:spacing w:after="0"/>
            </w:pPr>
            <w:r>
              <w:rPr>
                <w:sz w:val="18"/>
              </w:rPr>
              <w:t>Malwina Tytła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73894C" w14:textId="69F85DC6" w:rsidR="004F2DE2" w:rsidRDefault="00E003F6">
            <w:pPr>
              <w:spacing w:after="0"/>
            </w:pPr>
            <w:r w:rsidRPr="00E003F6">
              <w:rPr>
                <w:sz w:val="18"/>
              </w:rPr>
              <w:t>Institute of Environmental Engineering, Polish Academy of Sciences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66E081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44BB4900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B7FFB2" w14:textId="77777777" w:rsidR="004F2DE2" w:rsidRDefault="00000000">
            <w:pPr>
              <w:spacing w:after="0"/>
            </w:pPr>
            <w:r>
              <w:rPr>
                <w:sz w:val="18"/>
              </w:rPr>
              <w:t>Evaldas Vilkončius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D933FD" w14:textId="77777777" w:rsidR="004F2DE2" w:rsidRDefault="00000000">
            <w:pPr>
              <w:spacing w:after="0"/>
            </w:pPr>
            <w:r>
              <w:rPr>
                <w:sz w:val="18"/>
              </w:rPr>
              <w:t>Kaunas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AC796F" w14:textId="77777777" w:rsidR="004F2DE2" w:rsidRDefault="00000000">
            <w:pPr>
              <w:spacing w:after="0"/>
            </w:pPr>
            <w:r>
              <w:rPr>
                <w:sz w:val="18"/>
              </w:rPr>
              <w:t>Lithuania</w:t>
            </w:r>
          </w:p>
        </w:tc>
      </w:tr>
      <w:tr w:rsidR="004F2DE2" w14:paraId="7160AA34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EC6F3F" w14:textId="77777777" w:rsidR="004F2DE2" w:rsidRDefault="00000000">
            <w:pPr>
              <w:spacing w:after="0"/>
            </w:pPr>
            <w:r>
              <w:rPr>
                <w:sz w:val="18"/>
              </w:rPr>
              <w:t>Edita Vráblová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74B375" w14:textId="77777777" w:rsidR="004F2DE2" w:rsidRDefault="00000000">
            <w:pPr>
              <w:spacing w:after="0"/>
            </w:pPr>
            <w:r>
              <w:rPr>
                <w:sz w:val="18"/>
              </w:rPr>
              <w:t>Slovak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1554BC" w14:textId="77777777" w:rsidR="004F2DE2" w:rsidRDefault="00000000">
            <w:pPr>
              <w:spacing w:after="0"/>
            </w:pPr>
            <w:r>
              <w:rPr>
                <w:sz w:val="18"/>
              </w:rPr>
              <w:t>Slovakia</w:t>
            </w:r>
          </w:p>
        </w:tc>
      </w:tr>
      <w:tr w:rsidR="004F2DE2" w14:paraId="2C13F64C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6E7B1D" w14:textId="77777777" w:rsidR="004F2DE2" w:rsidRDefault="00000000">
            <w:pPr>
              <w:spacing w:after="0"/>
            </w:pPr>
            <w:r>
              <w:rPr>
                <w:sz w:val="18"/>
              </w:rPr>
              <w:t>Magdalena Wałek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75C281" w14:textId="77777777" w:rsidR="004F2DE2" w:rsidRDefault="00000000">
            <w:pPr>
              <w:spacing w:after="0"/>
            </w:pPr>
            <w:r>
              <w:rPr>
                <w:sz w:val="18"/>
              </w:rPr>
              <w:t>Silesian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B3A6D4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74EECB22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DC8EF0" w14:textId="77777777" w:rsidR="004F2DE2" w:rsidRDefault="00000000">
            <w:pPr>
              <w:spacing w:after="0"/>
            </w:pPr>
            <w:r>
              <w:rPr>
                <w:sz w:val="18"/>
              </w:rPr>
              <w:t>Grzegorz Wandzik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64520B" w14:textId="77777777" w:rsidR="004F2DE2" w:rsidRDefault="00000000">
            <w:pPr>
              <w:spacing w:after="0"/>
            </w:pPr>
            <w:r>
              <w:rPr>
                <w:sz w:val="18"/>
              </w:rPr>
              <w:t>Silesian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AC6D6D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3B161F33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F3BDB5" w14:textId="77777777" w:rsidR="004F2DE2" w:rsidRDefault="00000000">
            <w:pPr>
              <w:spacing w:after="0"/>
            </w:pPr>
            <w:r>
              <w:rPr>
                <w:sz w:val="18"/>
              </w:rPr>
              <w:t>Tengfei Wang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C18107" w14:textId="77777777" w:rsidR="004F2DE2" w:rsidRDefault="00000000">
            <w:pPr>
              <w:spacing w:after="0"/>
            </w:pPr>
            <w:r>
              <w:rPr>
                <w:sz w:val="18"/>
              </w:rPr>
              <w:t>Southwest Jiaotong University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7FACD5" w14:textId="77777777" w:rsidR="004F2DE2" w:rsidRDefault="00000000">
            <w:pPr>
              <w:spacing w:after="0"/>
            </w:pPr>
            <w:r>
              <w:rPr>
                <w:sz w:val="18"/>
              </w:rPr>
              <w:t>China</w:t>
            </w:r>
          </w:p>
        </w:tc>
      </w:tr>
      <w:tr w:rsidR="004F2DE2" w14:paraId="137F23E5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B7CDBA" w14:textId="77777777" w:rsidR="004F2DE2" w:rsidRDefault="00000000">
            <w:pPr>
              <w:spacing w:after="0"/>
            </w:pPr>
            <w:r>
              <w:rPr>
                <w:sz w:val="18"/>
              </w:rPr>
              <w:t>Sebastian Waniczek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5C4F7B" w14:textId="77777777" w:rsidR="004F2DE2" w:rsidRDefault="00000000">
            <w:pPr>
              <w:spacing w:after="0"/>
            </w:pPr>
            <w:r>
              <w:rPr>
                <w:sz w:val="18"/>
              </w:rPr>
              <w:t>Silesian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6205A3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1DC9806E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90CE54" w14:textId="77777777" w:rsidR="004F2DE2" w:rsidRDefault="00000000">
            <w:pPr>
              <w:spacing w:after="0"/>
            </w:pPr>
            <w:r>
              <w:rPr>
                <w:sz w:val="18"/>
              </w:rPr>
              <w:t>Jerzy Wojewódka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482097" w14:textId="77777777" w:rsidR="004F2DE2" w:rsidRDefault="00000000">
            <w:pPr>
              <w:spacing w:after="0"/>
            </w:pPr>
            <w:r>
              <w:rPr>
                <w:sz w:val="18"/>
              </w:rPr>
              <w:t>Silesian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1723EA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05788971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50CD2F" w14:textId="77777777" w:rsidR="004F2DE2" w:rsidRDefault="00000000">
            <w:pPr>
              <w:spacing w:after="0"/>
            </w:pPr>
            <w:r>
              <w:rPr>
                <w:sz w:val="18"/>
              </w:rPr>
              <w:t>Juan Yang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DC5A04" w14:textId="77777777" w:rsidR="004F2DE2" w:rsidRDefault="00000000">
            <w:pPr>
              <w:spacing w:after="0"/>
            </w:pPr>
            <w:r>
              <w:rPr>
                <w:sz w:val="18"/>
              </w:rPr>
              <w:t>Guangxi Arts University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763268" w14:textId="77777777" w:rsidR="004F2DE2" w:rsidRDefault="00000000">
            <w:pPr>
              <w:spacing w:after="0"/>
            </w:pPr>
            <w:r>
              <w:rPr>
                <w:sz w:val="18"/>
              </w:rPr>
              <w:t>China</w:t>
            </w:r>
          </w:p>
        </w:tc>
      </w:tr>
      <w:tr w:rsidR="004F2DE2" w14:paraId="7145DAAC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3D565D" w14:textId="77777777" w:rsidR="004F2DE2" w:rsidRDefault="00000000">
            <w:pPr>
              <w:spacing w:after="0"/>
            </w:pPr>
            <w:r>
              <w:rPr>
                <w:sz w:val="18"/>
              </w:rPr>
              <w:t>Katarzyna Zabielska-Adamska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273554" w14:textId="77777777" w:rsidR="004F2DE2" w:rsidRDefault="00000000">
            <w:pPr>
              <w:spacing w:after="0"/>
            </w:pPr>
            <w:r>
              <w:rPr>
                <w:sz w:val="18"/>
              </w:rPr>
              <w:t>Bialystok University of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35C7FB" w14:textId="77777777" w:rsidR="004F2DE2" w:rsidRDefault="00000000">
            <w:pPr>
              <w:spacing w:after="0"/>
            </w:pPr>
            <w:r>
              <w:rPr>
                <w:sz w:val="18"/>
              </w:rPr>
              <w:t>Poland</w:t>
            </w:r>
          </w:p>
        </w:tc>
      </w:tr>
      <w:tr w:rsidR="004F2DE2" w14:paraId="721351E2" w14:textId="77777777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E2E74E" w14:textId="77777777" w:rsidR="004F2DE2" w:rsidRDefault="00000000">
            <w:pPr>
              <w:spacing w:after="0"/>
            </w:pPr>
            <w:r>
              <w:rPr>
                <w:sz w:val="18"/>
              </w:rPr>
              <w:t>Huabin Zhang</w:t>
            </w:r>
          </w:p>
        </w:tc>
        <w:tc>
          <w:tcPr>
            <w:tcW w:w="7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D067B0" w14:textId="77777777" w:rsidR="004F2DE2" w:rsidRDefault="00000000">
            <w:pPr>
              <w:spacing w:after="0"/>
            </w:pPr>
            <w:r>
              <w:rPr>
                <w:sz w:val="18"/>
              </w:rPr>
              <w:t>King Abdullah University of Science and Technology</w:t>
            </w:r>
          </w:p>
        </w:tc>
        <w:tc>
          <w:tcPr>
            <w:tcW w:w="20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26A84B" w14:textId="77777777" w:rsidR="004F2DE2" w:rsidRDefault="00000000">
            <w:pPr>
              <w:spacing w:after="0"/>
            </w:pPr>
            <w:r>
              <w:rPr>
                <w:sz w:val="18"/>
              </w:rPr>
              <w:t>Saudi Arabia</w:t>
            </w:r>
          </w:p>
        </w:tc>
      </w:tr>
    </w:tbl>
    <w:p w14:paraId="6A39490E" w14:textId="77777777" w:rsidR="000C1D0D" w:rsidRDefault="000C1D0D"/>
    <w:sectPr w:rsidR="000C1D0D" w:rsidSect="00034616">
      <w:headerReference w:type="default" r:id="rId8"/>
      <w:footerReference w:type="default" r:id="rId9"/>
      <w:pgSz w:w="15840" w:h="12240" w:orient="landscape"/>
      <w:pgMar w:top="936" w:right="1008" w:bottom="936" w:left="1008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946FA" w14:textId="77777777" w:rsidR="000C1D0D" w:rsidRDefault="000C1D0D">
      <w:pPr>
        <w:spacing w:after="0"/>
      </w:pPr>
      <w:r>
        <w:separator/>
      </w:r>
    </w:p>
  </w:endnote>
  <w:endnote w:type="continuationSeparator" w:id="0">
    <w:p w14:paraId="34E429FA" w14:textId="77777777" w:rsidR="000C1D0D" w:rsidRDefault="000C1D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A0EA7" w14:textId="77777777" w:rsidR="004F2DE2" w:rsidRDefault="00000000">
    <w:pPr>
      <w:pStyle w:val="Stopka"/>
      <w:jc w:val="right"/>
    </w:pPr>
    <w:r>
      <w:rPr>
        <w:color w:val="646464"/>
        <w:sz w:val="16"/>
      </w:rPr>
      <w:t xml:space="preserve">Page </w:t>
    </w:r>
    <w:r>
      <w:fldChar w:fldCharType="begin"/>
    </w:r>
    <w:r>
      <w:instrText>PAGE</w:instrText>
    </w:r>
    <w:r>
      <w:fldChar w:fldCharType="separate"/>
    </w:r>
    <w:r w:rsidR="00E003F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BA307" w14:textId="77777777" w:rsidR="000C1D0D" w:rsidRDefault="000C1D0D">
      <w:pPr>
        <w:spacing w:after="0"/>
      </w:pPr>
      <w:r>
        <w:separator/>
      </w:r>
    </w:p>
  </w:footnote>
  <w:footnote w:type="continuationSeparator" w:id="0">
    <w:p w14:paraId="62C5837D" w14:textId="77777777" w:rsidR="000C1D0D" w:rsidRDefault="000C1D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21BEE" w14:textId="77777777" w:rsidR="004F2DE2" w:rsidRDefault="00000000">
    <w:r>
      <w:rPr>
        <w:color w:val="646464"/>
        <w:sz w:val="16"/>
      </w:rPr>
      <w:t>Architecture, Civil Engineering, Environment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5596347">
    <w:abstractNumId w:val="8"/>
  </w:num>
  <w:num w:numId="2" w16cid:durableId="509416901">
    <w:abstractNumId w:val="6"/>
  </w:num>
  <w:num w:numId="3" w16cid:durableId="1809976775">
    <w:abstractNumId w:val="5"/>
  </w:num>
  <w:num w:numId="4" w16cid:durableId="493885311">
    <w:abstractNumId w:val="4"/>
  </w:num>
  <w:num w:numId="5" w16cid:durableId="571938230">
    <w:abstractNumId w:val="7"/>
  </w:num>
  <w:num w:numId="6" w16cid:durableId="129983647">
    <w:abstractNumId w:val="3"/>
  </w:num>
  <w:num w:numId="7" w16cid:durableId="461851783">
    <w:abstractNumId w:val="2"/>
  </w:num>
  <w:num w:numId="8" w16cid:durableId="1945189868">
    <w:abstractNumId w:val="1"/>
  </w:num>
  <w:num w:numId="9" w16cid:durableId="1770349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1D0D"/>
    <w:rsid w:val="0015074B"/>
    <w:rsid w:val="0029639D"/>
    <w:rsid w:val="00326F90"/>
    <w:rsid w:val="004F2DE2"/>
    <w:rsid w:val="00AA1D8D"/>
    <w:rsid w:val="00B47730"/>
    <w:rsid w:val="00C53D3D"/>
    <w:rsid w:val="00CB0664"/>
    <w:rsid w:val="00E003F6"/>
    <w:rsid w:val="00E468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28282D"/>
  <w14:defaultImageDpi w14:val="300"/>
  <w15:docId w15:val="{2BC41912-DF56-4559-9797-92193752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40" w:line="240" w:lineRule="auto"/>
    </w:pPr>
    <w:rPr>
      <w:rFonts w:ascii="Calibri" w:hAnsi="Calibri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913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ACEE Reviewers in 2025</dc:title>
  <dc:subject>Consolidated list of reviewers</dc:subject>
  <dc:creator>Architecture, Civil Engineering, Environment</dc:creator>
  <cp:keywords/>
  <dc:description>generated by python-docx</dc:description>
  <cp:lastModifiedBy>Agnieszka Jędrzejewska</cp:lastModifiedBy>
  <cp:revision>3</cp:revision>
  <dcterms:created xsi:type="dcterms:W3CDTF">2013-12-23T23:15:00Z</dcterms:created>
  <dcterms:modified xsi:type="dcterms:W3CDTF">2026-09-03T07:59:00Z</dcterms:modified>
  <cp:category/>
</cp:coreProperties>
</file>